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8030D" w14:textId="77777777" w:rsidR="006F3A6E" w:rsidRPr="00D043FE" w:rsidRDefault="00D03767">
      <w:pPr>
        <w:jc w:val="center"/>
        <w:rPr>
          <w:lang w:val="es-ES"/>
        </w:rPr>
      </w:pPr>
      <w:r w:rsidRPr="00D043FE">
        <w:rPr>
          <w:b/>
          <w:color w:val="000000"/>
          <w:sz w:val="24"/>
          <w:lang w:val="es-ES"/>
        </w:rPr>
        <w:t>PREMIOS EXTRAORDINARIOS DE TESIS DOCTORAL 2024/2025</w:t>
      </w:r>
    </w:p>
    <w:p w14:paraId="1BC9EA02" w14:textId="77777777" w:rsidR="006F3A6E" w:rsidRPr="00D043FE" w:rsidRDefault="00D03767">
      <w:pPr>
        <w:jc w:val="center"/>
        <w:rPr>
          <w:lang w:val="es-ES"/>
        </w:rPr>
      </w:pPr>
      <w:r w:rsidRPr="00D043FE">
        <w:rPr>
          <w:b/>
          <w:sz w:val="22"/>
          <w:lang w:val="es-ES"/>
        </w:rPr>
        <w:t>MÉRITOS RELACIONADOS CON LA TESIS</w:t>
      </w:r>
    </w:p>
    <w:p w14:paraId="2C2311F0" w14:textId="070B8C3B" w:rsidR="006F3A6E" w:rsidRPr="00D043FE" w:rsidRDefault="006F3A6E">
      <w:pPr>
        <w:jc w:val="center"/>
        <w:rPr>
          <w:lang w:val="es-ES"/>
        </w:rPr>
      </w:pPr>
    </w:p>
    <w:tbl>
      <w:tblPr>
        <w:tblW w:w="0" w:type="auto"/>
        <w:jc w:val="center"/>
        <w:tblBorders>
          <w:top w:val="single" w:sz="8" w:space="0" w:color="7CAAD1"/>
          <w:left w:val="single" w:sz="8" w:space="0" w:color="7CAAD1"/>
          <w:bottom w:val="single" w:sz="8" w:space="0" w:color="7CAAD1"/>
          <w:right w:val="single" w:sz="8" w:space="0" w:color="7CAAD1"/>
          <w:insideH w:val="single" w:sz="8" w:space="0" w:color="7CAAD1"/>
          <w:insideV w:val="single" w:sz="8" w:space="0" w:color="7CAAD1"/>
        </w:tblBorders>
        <w:tblLook w:val="04A0" w:firstRow="1" w:lastRow="0" w:firstColumn="1" w:lastColumn="0" w:noHBand="0" w:noVBand="1"/>
      </w:tblPr>
      <w:tblGrid>
        <w:gridCol w:w="9838"/>
      </w:tblGrid>
      <w:tr w:rsidR="006F3A6E" w:rsidRPr="00CC5552" w14:paraId="748088BD" w14:textId="77777777">
        <w:trPr>
          <w:jc w:val="center"/>
        </w:trPr>
        <w:tc>
          <w:tcPr>
            <w:tcW w:w="9858" w:type="dxa"/>
            <w:shd w:val="clear" w:color="auto" w:fill="F3F8FC"/>
          </w:tcPr>
          <w:p w14:paraId="5873FB67" w14:textId="0E4EAF06" w:rsidR="006F3A6E" w:rsidRPr="00D043FE" w:rsidRDefault="00D03767">
            <w:pPr>
              <w:spacing w:after="0"/>
              <w:rPr>
                <w:lang w:val="es-ES"/>
              </w:rPr>
            </w:pPr>
            <w:r w:rsidRPr="00D043FE">
              <w:rPr>
                <w:b/>
                <w:color w:val="0070C0"/>
                <w:lang w:val="es-ES"/>
              </w:rPr>
              <w:t>MUY IMPORTANTE:</w:t>
            </w:r>
            <w:r w:rsidRPr="00D043FE">
              <w:rPr>
                <w:lang w:val="es-ES"/>
              </w:rPr>
              <w:t xml:space="preserve"> Únicamente serán valorados los méritos debidamente justificados y directamente vinculados al objeto de estudio de la tesis doctoral. Deberán haber sido obtenidos durante el período de desarrollo de la tesis</w:t>
            </w:r>
            <w:r w:rsidR="00171C5A">
              <w:rPr>
                <w:lang w:val="es-ES"/>
              </w:rPr>
              <w:t xml:space="preserve"> determinado conforme a las fechas de inicio y finalización de los estudios de doctorado. No obstantes, podrán ser valorados los artículos que</w:t>
            </w:r>
            <w:r w:rsidRPr="00D043FE">
              <w:rPr>
                <w:lang w:val="es-ES"/>
              </w:rPr>
              <w:t xml:space="preserve"> </w:t>
            </w:r>
            <w:r w:rsidR="00171C5A">
              <w:rPr>
                <w:lang w:val="es-ES"/>
              </w:rPr>
              <w:t>habiendo sido</w:t>
            </w:r>
            <w:r w:rsidRPr="00D043FE">
              <w:rPr>
                <w:lang w:val="es-ES"/>
              </w:rPr>
              <w:t xml:space="preserve"> enviados antes de la defensa y </w:t>
            </w:r>
            <w:r w:rsidR="008B53A7">
              <w:rPr>
                <w:lang w:val="es-ES"/>
              </w:rPr>
              <w:t xml:space="preserve">hayan sido </w:t>
            </w:r>
            <w:r w:rsidRPr="00D043FE">
              <w:rPr>
                <w:lang w:val="es-ES"/>
              </w:rPr>
              <w:t>aceptados dentro del año siguiente</w:t>
            </w:r>
            <w:r w:rsidR="008B53A7">
              <w:rPr>
                <w:lang w:val="es-ES"/>
              </w:rPr>
              <w:t xml:space="preserve"> a dicha fecha</w:t>
            </w:r>
            <w:r w:rsidRPr="00D043FE">
              <w:rPr>
                <w:lang w:val="es-ES"/>
              </w:rPr>
              <w:t xml:space="preserve">. </w:t>
            </w:r>
            <w:r w:rsidR="008B53A7">
              <w:rPr>
                <w:lang w:val="es-ES"/>
              </w:rPr>
              <w:t xml:space="preserve">El/la doctorando/a </w:t>
            </w:r>
            <w:r w:rsidRPr="00D043FE">
              <w:rPr>
                <w:lang w:val="es-ES"/>
              </w:rPr>
              <w:t>deberá figurar con filiación de la Universidad Politécnica de Madrid. Un mismo mérito no podrá ser valorado ni incluido en más de un apartado.</w:t>
            </w:r>
          </w:p>
        </w:tc>
      </w:tr>
    </w:tbl>
    <w:p w14:paraId="78D93423" w14:textId="77777777" w:rsidR="00EF6FEC" w:rsidRPr="003F50FB" w:rsidRDefault="00EF6FEC">
      <w:pPr>
        <w:spacing w:before="160" w:after="80"/>
        <w:rPr>
          <w:b/>
          <w:color w:val="0070C0"/>
          <w:sz w:val="22"/>
          <w:lang w:val="es-ES"/>
        </w:rPr>
      </w:pPr>
    </w:p>
    <w:p w14:paraId="020AB133" w14:textId="158DB804" w:rsidR="006F3A6E" w:rsidRDefault="00D03767">
      <w:pPr>
        <w:spacing w:before="160" w:after="80"/>
      </w:pPr>
      <w:r>
        <w:rPr>
          <w:b/>
          <w:color w:val="0070C0"/>
          <w:sz w:val="22"/>
        </w:rPr>
        <w:t>DATOS PERSONALES</w:t>
      </w:r>
    </w:p>
    <w:tbl>
      <w:tblPr>
        <w:tblStyle w:val="Tablaconcuadrcula"/>
        <w:tblW w:w="0" w:type="auto"/>
        <w:jc w:val="center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ook w:val="04A0" w:firstRow="1" w:lastRow="0" w:firstColumn="1" w:lastColumn="0" w:noHBand="0" w:noVBand="1"/>
      </w:tblPr>
      <w:tblGrid>
        <w:gridCol w:w="4245"/>
        <w:gridCol w:w="5223"/>
      </w:tblGrid>
      <w:tr w:rsidR="006F3A6E" w14:paraId="559F0A9E" w14:textId="77777777" w:rsidTr="00905047">
        <w:trPr>
          <w:trHeight w:hRule="exact" w:val="340"/>
          <w:jc w:val="center"/>
        </w:trPr>
        <w:tc>
          <w:tcPr>
            <w:tcW w:w="4245" w:type="dxa"/>
            <w:shd w:val="clear" w:color="auto" w:fill="D9EAF7"/>
            <w:vAlign w:val="center"/>
          </w:tcPr>
          <w:p w14:paraId="6F3CB2CA" w14:textId="274E213D" w:rsidR="006F3A6E" w:rsidRDefault="00D03767">
            <w:r>
              <w:rPr>
                <w:b/>
                <w:sz w:val="17"/>
              </w:rPr>
              <w:t>APELLIDOS</w:t>
            </w:r>
            <w:r w:rsidR="00606A70">
              <w:rPr>
                <w:b/>
                <w:sz w:val="17"/>
              </w:rPr>
              <w:t xml:space="preserve"> Y NOMBRE</w:t>
            </w:r>
            <w:r>
              <w:rPr>
                <w:b/>
                <w:sz w:val="17"/>
              </w:rPr>
              <w:t>:</w:t>
            </w:r>
          </w:p>
        </w:tc>
        <w:tc>
          <w:tcPr>
            <w:tcW w:w="5223" w:type="dxa"/>
            <w:vAlign w:val="center"/>
          </w:tcPr>
          <w:p w14:paraId="06A3D13F" w14:textId="77777777" w:rsidR="006F3A6E" w:rsidRDefault="006F3A6E"/>
        </w:tc>
      </w:tr>
      <w:tr w:rsidR="00606A70" w14:paraId="4AAC082B" w14:textId="77777777" w:rsidTr="00905047">
        <w:trPr>
          <w:trHeight w:hRule="exact" w:val="340"/>
          <w:jc w:val="center"/>
        </w:trPr>
        <w:tc>
          <w:tcPr>
            <w:tcW w:w="4245" w:type="dxa"/>
            <w:shd w:val="clear" w:color="auto" w:fill="EDEDED"/>
            <w:vAlign w:val="center"/>
          </w:tcPr>
          <w:p w14:paraId="51673A18" w14:textId="776C12F6" w:rsidR="00606A70" w:rsidRDefault="00606A70">
            <w:r>
              <w:rPr>
                <w:b/>
                <w:sz w:val="17"/>
              </w:rPr>
              <w:t>DIRECCIÓN:</w:t>
            </w:r>
          </w:p>
        </w:tc>
        <w:tc>
          <w:tcPr>
            <w:tcW w:w="5223" w:type="dxa"/>
            <w:vAlign w:val="center"/>
          </w:tcPr>
          <w:p w14:paraId="002C9DBD" w14:textId="77777777" w:rsidR="00606A70" w:rsidRDefault="00606A70"/>
        </w:tc>
      </w:tr>
      <w:tr w:rsidR="00606A70" w14:paraId="24A4A399" w14:textId="77777777" w:rsidTr="00905047">
        <w:trPr>
          <w:trHeight w:hRule="exact" w:val="340"/>
          <w:jc w:val="center"/>
        </w:trPr>
        <w:tc>
          <w:tcPr>
            <w:tcW w:w="4245" w:type="dxa"/>
            <w:shd w:val="clear" w:color="auto" w:fill="EDEDED"/>
            <w:vAlign w:val="center"/>
          </w:tcPr>
          <w:p w14:paraId="44C22F6A" w14:textId="5C5D92CA" w:rsidR="00606A70" w:rsidRDefault="00606A70">
            <w:r>
              <w:rPr>
                <w:b/>
                <w:sz w:val="17"/>
              </w:rPr>
              <w:t>TELÉFONO:</w:t>
            </w:r>
          </w:p>
        </w:tc>
        <w:tc>
          <w:tcPr>
            <w:tcW w:w="5223" w:type="dxa"/>
            <w:vAlign w:val="center"/>
          </w:tcPr>
          <w:p w14:paraId="68A1DCE8" w14:textId="77777777" w:rsidR="00606A70" w:rsidRDefault="00606A70"/>
        </w:tc>
      </w:tr>
      <w:tr w:rsidR="00606A70" w14:paraId="4633AB25" w14:textId="77777777" w:rsidTr="00905047">
        <w:trPr>
          <w:trHeight w:hRule="exact" w:val="340"/>
          <w:jc w:val="center"/>
        </w:trPr>
        <w:tc>
          <w:tcPr>
            <w:tcW w:w="4245" w:type="dxa"/>
            <w:shd w:val="clear" w:color="auto" w:fill="EDEDED"/>
            <w:vAlign w:val="center"/>
          </w:tcPr>
          <w:p w14:paraId="5B24ECF6" w14:textId="6B784066" w:rsidR="00606A70" w:rsidRDefault="00606A70">
            <w:r>
              <w:rPr>
                <w:b/>
                <w:sz w:val="17"/>
              </w:rPr>
              <w:t>E-MAIL:</w:t>
            </w:r>
          </w:p>
        </w:tc>
        <w:tc>
          <w:tcPr>
            <w:tcW w:w="5223" w:type="dxa"/>
            <w:vAlign w:val="center"/>
          </w:tcPr>
          <w:p w14:paraId="32A3850A" w14:textId="77777777" w:rsidR="00606A70" w:rsidRDefault="00606A70"/>
        </w:tc>
      </w:tr>
      <w:tr w:rsidR="00606A70" w:rsidRPr="00CC5552" w14:paraId="5DC7E9C9" w14:textId="77777777" w:rsidTr="00905047">
        <w:trPr>
          <w:trHeight w:hRule="exact" w:val="340"/>
          <w:jc w:val="center"/>
        </w:trPr>
        <w:tc>
          <w:tcPr>
            <w:tcW w:w="4245" w:type="dxa"/>
            <w:shd w:val="clear" w:color="auto" w:fill="EDEDED"/>
            <w:vAlign w:val="center"/>
          </w:tcPr>
          <w:p w14:paraId="47399477" w14:textId="0D8A756C" w:rsidR="00606A70" w:rsidRPr="00606A70" w:rsidRDefault="00606A70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LUGAR, PAÍS Y FECHA DE NACIMIENTO:</w:t>
            </w:r>
          </w:p>
        </w:tc>
        <w:tc>
          <w:tcPr>
            <w:tcW w:w="5223" w:type="dxa"/>
            <w:vAlign w:val="center"/>
          </w:tcPr>
          <w:p w14:paraId="070173E6" w14:textId="77777777" w:rsidR="00606A70" w:rsidRPr="00606A70" w:rsidRDefault="00606A70">
            <w:pPr>
              <w:rPr>
                <w:lang w:val="es-ES"/>
              </w:rPr>
            </w:pPr>
          </w:p>
        </w:tc>
      </w:tr>
      <w:tr w:rsidR="00606A70" w:rsidRPr="00D043FE" w14:paraId="51F8BF74" w14:textId="77777777" w:rsidTr="00905047">
        <w:trPr>
          <w:trHeight w:hRule="exact" w:val="340"/>
          <w:jc w:val="center"/>
        </w:trPr>
        <w:tc>
          <w:tcPr>
            <w:tcW w:w="4245" w:type="dxa"/>
            <w:shd w:val="clear" w:color="auto" w:fill="EDEDED"/>
            <w:vAlign w:val="center"/>
          </w:tcPr>
          <w:p w14:paraId="5960BCCD" w14:textId="64967FC9" w:rsidR="00606A70" w:rsidRPr="00D043FE" w:rsidRDefault="00606A70">
            <w:pPr>
              <w:rPr>
                <w:lang w:val="es-ES"/>
              </w:rPr>
            </w:pPr>
            <w:r>
              <w:rPr>
                <w:b/>
                <w:sz w:val="17"/>
              </w:rPr>
              <w:t>NACIONALIDAD:</w:t>
            </w:r>
          </w:p>
        </w:tc>
        <w:tc>
          <w:tcPr>
            <w:tcW w:w="5223" w:type="dxa"/>
            <w:vAlign w:val="center"/>
          </w:tcPr>
          <w:p w14:paraId="6F37FD2E" w14:textId="77777777" w:rsidR="00606A70" w:rsidRPr="00D043FE" w:rsidRDefault="00606A70">
            <w:pPr>
              <w:rPr>
                <w:lang w:val="es-ES"/>
              </w:rPr>
            </w:pPr>
          </w:p>
        </w:tc>
      </w:tr>
      <w:tr w:rsidR="00606A70" w14:paraId="60CA6DD1" w14:textId="77777777" w:rsidTr="00646FD7">
        <w:trPr>
          <w:trHeight w:hRule="exact" w:val="680"/>
          <w:jc w:val="center"/>
        </w:trPr>
        <w:tc>
          <w:tcPr>
            <w:tcW w:w="4245" w:type="dxa"/>
            <w:shd w:val="clear" w:color="auto" w:fill="EDEDED"/>
            <w:vAlign w:val="center"/>
          </w:tcPr>
          <w:p w14:paraId="4ED594CA" w14:textId="348EB5AD" w:rsidR="00606A70" w:rsidRDefault="00606A70">
            <w:r>
              <w:rPr>
                <w:b/>
                <w:sz w:val="17"/>
              </w:rPr>
              <w:t>DIRECTOR/A DE TESIS:</w:t>
            </w:r>
          </w:p>
        </w:tc>
        <w:tc>
          <w:tcPr>
            <w:tcW w:w="5223" w:type="dxa"/>
            <w:vAlign w:val="center"/>
          </w:tcPr>
          <w:p w14:paraId="72B9E671" w14:textId="77777777" w:rsidR="00606A70" w:rsidRDefault="00606A70"/>
        </w:tc>
      </w:tr>
      <w:tr w:rsidR="00606A70" w:rsidRPr="00CC5552" w14:paraId="7B6D55FD" w14:textId="77777777" w:rsidTr="005448DE">
        <w:trPr>
          <w:trHeight w:hRule="exact" w:val="680"/>
          <w:jc w:val="center"/>
        </w:trPr>
        <w:tc>
          <w:tcPr>
            <w:tcW w:w="4245" w:type="dxa"/>
            <w:shd w:val="clear" w:color="auto" w:fill="EDEDED"/>
            <w:vAlign w:val="center"/>
          </w:tcPr>
          <w:p w14:paraId="50E3D300" w14:textId="4AAA1D1C" w:rsidR="00606A70" w:rsidRPr="002F7ADD" w:rsidRDefault="002F7ADD">
            <w:pPr>
              <w:rPr>
                <w:lang w:val="es-ES"/>
              </w:rPr>
            </w:pPr>
            <w:r w:rsidRPr="002F7ADD">
              <w:rPr>
                <w:b/>
                <w:sz w:val="17"/>
                <w:lang w:val="es-ES"/>
              </w:rPr>
              <w:t xml:space="preserve">AFILIACIÓN </w:t>
            </w:r>
            <w:r w:rsidR="00606A70" w:rsidRPr="002F7ADD">
              <w:rPr>
                <w:b/>
                <w:sz w:val="17"/>
                <w:lang w:val="es-ES"/>
              </w:rPr>
              <w:t>DEL</w:t>
            </w:r>
            <w:r w:rsidRPr="002F7ADD">
              <w:rPr>
                <w:b/>
                <w:sz w:val="17"/>
                <w:lang w:val="es-ES"/>
              </w:rPr>
              <w:t xml:space="preserve"> O LOS </w:t>
            </w:r>
            <w:r w:rsidR="00606A70" w:rsidRPr="002F7ADD">
              <w:rPr>
                <w:b/>
                <w:sz w:val="17"/>
                <w:lang w:val="es-ES"/>
              </w:rPr>
              <w:t>DIRECTOR</w:t>
            </w:r>
            <w:r w:rsidRPr="002F7ADD">
              <w:rPr>
                <w:b/>
                <w:sz w:val="17"/>
                <w:lang w:val="es-ES"/>
              </w:rPr>
              <w:t>ES/AS</w:t>
            </w:r>
            <w:r w:rsidR="00606A70" w:rsidRPr="002F7ADD">
              <w:rPr>
                <w:b/>
                <w:sz w:val="17"/>
                <w:lang w:val="es-ES"/>
              </w:rPr>
              <w:t>:</w:t>
            </w:r>
          </w:p>
        </w:tc>
        <w:tc>
          <w:tcPr>
            <w:tcW w:w="5223" w:type="dxa"/>
            <w:vAlign w:val="center"/>
          </w:tcPr>
          <w:p w14:paraId="4F228C4D" w14:textId="77777777" w:rsidR="00606A70" w:rsidRPr="002F7ADD" w:rsidRDefault="00606A70">
            <w:pPr>
              <w:rPr>
                <w:lang w:val="es-ES"/>
              </w:rPr>
            </w:pPr>
          </w:p>
        </w:tc>
      </w:tr>
      <w:tr w:rsidR="00606A70" w:rsidRPr="00CC5552" w14:paraId="41A72004" w14:textId="77777777" w:rsidTr="001A2CA7">
        <w:trPr>
          <w:trHeight w:hRule="exact" w:val="851"/>
          <w:jc w:val="center"/>
        </w:trPr>
        <w:tc>
          <w:tcPr>
            <w:tcW w:w="4245" w:type="dxa"/>
            <w:shd w:val="clear" w:color="auto" w:fill="EDEDED"/>
            <w:vAlign w:val="center"/>
          </w:tcPr>
          <w:p w14:paraId="41B7F084" w14:textId="1B92A2A3" w:rsidR="00606A70" w:rsidRPr="00D043FE" w:rsidRDefault="00606A70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 xml:space="preserve">FECHA </w:t>
            </w:r>
            <w:r w:rsidR="00195EE6">
              <w:rPr>
                <w:b/>
                <w:sz w:val="17"/>
                <w:lang w:val="es-ES"/>
              </w:rPr>
              <w:t xml:space="preserve">DE INICIO </w:t>
            </w:r>
            <w:r w:rsidRPr="00D043FE">
              <w:rPr>
                <w:b/>
                <w:sz w:val="17"/>
                <w:lang w:val="es-ES"/>
              </w:rPr>
              <w:t xml:space="preserve">(mes/año) Y PROGRAMA DE DOCTORADO </w:t>
            </w:r>
            <w:r>
              <w:rPr>
                <w:b/>
                <w:sz w:val="17"/>
                <w:lang w:val="es-ES"/>
              </w:rPr>
              <w:t>en el que se ha defendido la tesis</w:t>
            </w:r>
            <w:r w:rsidRPr="00D043FE">
              <w:rPr>
                <w:b/>
                <w:sz w:val="17"/>
                <w:lang w:val="es-ES"/>
              </w:rPr>
              <w:t>:</w:t>
            </w:r>
          </w:p>
        </w:tc>
        <w:tc>
          <w:tcPr>
            <w:tcW w:w="5223" w:type="dxa"/>
            <w:vAlign w:val="center"/>
          </w:tcPr>
          <w:p w14:paraId="4892C547" w14:textId="77777777" w:rsidR="00606A70" w:rsidRPr="00D043FE" w:rsidRDefault="00606A70">
            <w:pPr>
              <w:rPr>
                <w:lang w:val="es-ES"/>
              </w:rPr>
            </w:pPr>
          </w:p>
        </w:tc>
      </w:tr>
      <w:tr w:rsidR="00606A70" w:rsidRPr="00D043FE" w14:paraId="468DC3CE" w14:textId="77777777" w:rsidTr="001A2CA7">
        <w:trPr>
          <w:trHeight w:hRule="exact" w:val="851"/>
          <w:jc w:val="center"/>
        </w:trPr>
        <w:tc>
          <w:tcPr>
            <w:tcW w:w="4245" w:type="dxa"/>
            <w:shd w:val="clear" w:color="auto" w:fill="EDEDED"/>
            <w:vAlign w:val="center"/>
          </w:tcPr>
          <w:p w14:paraId="43841085" w14:textId="1E693776" w:rsidR="00606A70" w:rsidRPr="00D043FE" w:rsidRDefault="00606A70">
            <w:pPr>
              <w:rPr>
                <w:lang w:val="es-ES"/>
              </w:rPr>
            </w:pPr>
            <w:r>
              <w:rPr>
                <w:b/>
                <w:sz w:val="17"/>
              </w:rPr>
              <w:t>TÍTULO DE TESIS:</w:t>
            </w:r>
          </w:p>
        </w:tc>
        <w:tc>
          <w:tcPr>
            <w:tcW w:w="5223" w:type="dxa"/>
            <w:vAlign w:val="center"/>
          </w:tcPr>
          <w:p w14:paraId="3C7A9AB4" w14:textId="77777777" w:rsidR="00606A70" w:rsidRPr="00D043FE" w:rsidRDefault="00606A70">
            <w:pPr>
              <w:rPr>
                <w:lang w:val="es-ES"/>
              </w:rPr>
            </w:pPr>
          </w:p>
        </w:tc>
      </w:tr>
      <w:tr w:rsidR="00606A70" w14:paraId="0DFF39E7" w14:textId="77777777" w:rsidTr="00905047">
        <w:trPr>
          <w:trHeight w:hRule="exact" w:val="340"/>
          <w:jc w:val="center"/>
        </w:trPr>
        <w:tc>
          <w:tcPr>
            <w:tcW w:w="4245" w:type="dxa"/>
            <w:shd w:val="clear" w:color="auto" w:fill="EDEDED"/>
            <w:vAlign w:val="center"/>
          </w:tcPr>
          <w:p w14:paraId="479D9C90" w14:textId="110EB1D0" w:rsidR="00606A70" w:rsidRDefault="00606A70">
            <w:r>
              <w:rPr>
                <w:b/>
                <w:sz w:val="17"/>
              </w:rPr>
              <w:t>FECHA DE LECTURA:</w:t>
            </w:r>
          </w:p>
        </w:tc>
        <w:tc>
          <w:tcPr>
            <w:tcW w:w="5223" w:type="dxa"/>
            <w:vAlign w:val="center"/>
          </w:tcPr>
          <w:p w14:paraId="048C1B48" w14:textId="77777777" w:rsidR="00606A70" w:rsidRDefault="00606A70"/>
        </w:tc>
      </w:tr>
      <w:tr w:rsidR="00606A70" w14:paraId="1907F813" w14:textId="77777777" w:rsidTr="00905047">
        <w:trPr>
          <w:trHeight w:hRule="exact" w:val="340"/>
          <w:jc w:val="center"/>
        </w:trPr>
        <w:tc>
          <w:tcPr>
            <w:tcW w:w="4245" w:type="dxa"/>
            <w:shd w:val="clear" w:color="auto" w:fill="EDEDED"/>
            <w:vAlign w:val="center"/>
          </w:tcPr>
          <w:p w14:paraId="135D14DC" w14:textId="4B64F540" w:rsidR="00606A70" w:rsidRDefault="00606A70">
            <w:r>
              <w:rPr>
                <w:b/>
                <w:sz w:val="17"/>
              </w:rPr>
              <w:t>CALIFICACIÓN:</w:t>
            </w:r>
          </w:p>
        </w:tc>
        <w:tc>
          <w:tcPr>
            <w:tcW w:w="5223" w:type="dxa"/>
            <w:vAlign w:val="center"/>
          </w:tcPr>
          <w:p w14:paraId="74F5E967" w14:textId="77777777" w:rsidR="00606A70" w:rsidRDefault="00606A70"/>
        </w:tc>
      </w:tr>
    </w:tbl>
    <w:p w14:paraId="2F1FA3BA" w14:textId="77777777" w:rsidR="001A2CA7" w:rsidRDefault="001A2CA7">
      <w:pPr>
        <w:spacing w:before="160" w:after="80"/>
        <w:rPr>
          <w:b/>
          <w:color w:val="0070C0"/>
          <w:sz w:val="22"/>
          <w:lang w:val="es-ES"/>
        </w:rPr>
      </w:pPr>
    </w:p>
    <w:p w14:paraId="7B6C4ABF" w14:textId="77777777" w:rsidR="001A2CA7" w:rsidRDefault="001A2CA7">
      <w:pPr>
        <w:spacing w:before="160" w:after="80"/>
        <w:rPr>
          <w:b/>
          <w:color w:val="0070C0"/>
          <w:sz w:val="22"/>
          <w:lang w:val="es-ES"/>
        </w:rPr>
      </w:pPr>
    </w:p>
    <w:p w14:paraId="35FD6131" w14:textId="77777777" w:rsidR="001A2CA7" w:rsidRDefault="001A2CA7">
      <w:pPr>
        <w:spacing w:before="160" w:after="80"/>
        <w:rPr>
          <w:b/>
          <w:color w:val="0070C0"/>
          <w:sz w:val="22"/>
          <w:lang w:val="es-ES"/>
        </w:rPr>
      </w:pPr>
    </w:p>
    <w:p w14:paraId="430A89DD" w14:textId="77777777" w:rsidR="001A2CA7" w:rsidRDefault="001A2CA7">
      <w:pPr>
        <w:spacing w:before="160" w:after="80"/>
        <w:rPr>
          <w:b/>
          <w:color w:val="0070C0"/>
          <w:sz w:val="22"/>
          <w:lang w:val="es-ES"/>
        </w:rPr>
      </w:pPr>
    </w:p>
    <w:p w14:paraId="6FBA1DE3" w14:textId="77777777" w:rsidR="001A2CA7" w:rsidRDefault="001A2CA7">
      <w:pPr>
        <w:spacing w:before="160" w:after="80"/>
        <w:rPr>
          <w:b/>
          <w:color w:val="0070C0"/>
          <w:sz w:val="22"/>
          <w:lang w:val="es-ES"/>
        </w:rPr>
      </w:pPr>
    </w:p>
    <w:p w14:paraId="39654A8E" w14:textId="77777777" w:rsidR="001A2CA7" w:rsidRDefault="001A2CA7">
      <w:pPr>
        <w:spacing w:before="160" w:after="80"/>
        <w:rPr>
          <w:b/>
          <w:color w:val="0070C0"/>
          <w:sz w:val="22"/>
          <w:lang w:val="es-ES"/>
        </w:rPr>
      </w:pPr>
    </w:p>
    <w:p w14:paraId="44D13653" w14:textId="6DECC3C7" w:rsidR="006F3A6E" w:rsidRPr="00060866" w:rsidRDefault="00D03767">
      <w:pPr>
        <w:spacing w:before="160" w:after="80"/>
        <w:rPr>
          <w:lang w:val="es-ES"/>
        </w:rPr>
      </w:pPr>
      <w:r w:rsidRPr="00060866">
        <w:rPr>
          <w:b/>
          <w:color w:val="0070C0"/>
          <w:sz w:val="22"/>
          <w:lang w:val="es-ES"/>
        </w:rPr>
        <w:t>1. MENCIONES DE LA TESIS DOCTORAL</w:t>
      </w:r>
    </w:p>
    <w:p w14:paraId="291DEB97" w14:textId="77777777" w:rsidR="006F3A6E" w:rsidRPr="00D043FE" w:rsidRDefault="00D03767">
      <w:pPr>
        <w:spacing w:after="80"/>
        <w:rPr>
          <w:lang w:val="es-ES"/>
        </w:rPr>
      </w:pPr>
      <w:r w:rsidRPr="00D043FE">
        <w:rPr>
          <w:i/>
          <w:sz w:val="17"/>
          <w:lang w:val="es-ES"/>
        </w:rPr>
        <w:t>Marque lo que proceda e incluya enlace o referencia al documento acreditativo. Las estancias obligatorias vinculadas a estas menciones no se consignarán como méritos adicionales.</w:t>
      </w:r>
    </w:p>
    <w:tbl>
      <w:tblPr>
        <w:tblStyle w:val="Tablaconcuadrcula"/>
        <w:tblW w:w="0" w:type="auto"/>
        <w:jc w:val="center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ook w:val="04A0" w:firstRow="1" w:lastRow="0" w:firstColumn="1" w:lastColumn="0" w:noHBand="0" w:noVBand="1"/>
      </w:tblPr>
      <w:tblGrid>
        <w:gridCol w:w="5237"/>
        <w:gridCol w:w="4231"/>
      </w:tblGrid>
      <w:tr w:rsidR="006F3A6E" w:rsidRPr="00CC5552" w14:paraId="3DAA3D5F" w14:textId="77777777" w:rsidTr="00B455DC">
        <w:trPr>
          <w:jc w:val="center"/>
        </w:trPr>
        <w:tc>
          <w:tcPr>
            <w:tcW w:w="5237" w:type="dxa"/>
            <w:shd w:val="clear" w:color="auto" w:fill="D9EAF7"/>
            <w:vAlign w:val="center"/>
          </w:tcPr>
          <w:p w14:paraId="7BE3C6BC" w14:textId="1ED2B59C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1.1 MENCIÓN INTERNACIONAL</w:t>
            </w:r>
            <w:r w:rsidR="00475CE1">
              <w:rPr>
                <w:b/>
                <w:sz w:val="17"/>
                <w:lang w:val="es-ES"/>
              </w:rPr>
              <w:t xml:space="preserve"> </w:t>
            </w:r>
            <w:r w:rsidRPr="00D043FE">
              <w:rPr>
                <w:b/>
                <w:sz w:val="17"/>
                <w:lang w:val="es-ES"/>
              </w:rPr>
              <w:t>O RÉGIMEN DE COTUTELA INTERNACIONAL</w:t>
            </w:r>
          </w:p>
        </w:tc>
        <w:tc>
          <w:tcPr>
            <w:tcW w:w="4231" w:type="dxa"/>
            <w:vAlign w:val="center"/>
          </w:tcPr>
          <w:p w14:paraId="6C4C140E" w14:textId="1FE6681A" w:rsidR="006F3A6E" w:rsidRPr="00D043FE" w:rsidRDefault="00D03767">
            <w:pPr>
              <w:rPr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</w:t>
            </w:r>
            <w:r w:rsidR="00475CE1">
              <w:rPr>
                <w:sz w:val="17"/>
                <w:lang w:val="es-ES"/>
              </w:rPr>
              <w:t>Mención</w:t>
            </w:r>
            <w:r w:rsidRPr="00D043FE">
              <w:rPr>
                <w:sz w:val="17"/>
                <w:lang w:val="es-ES"/>
              </w:rPr>
              <w:t xml:space="preserve"> internacional   ☐ Cotutela internacional   ☐ No procede</w:t>
            </w:r>
          </w:p>
        </w:tc>
      </w:tr>
      <w:tr w:rsidR="006F3A6E" w:rsidRPr="00CC5552" w14:paraId="70A9D18E" w14:textId="77777777" w:rsidTr="00BA0DC1">
        <w:trPr>
          <w:trHeight w:hRule="exact" w:val="340"/>
          <w:jc w:val="center"/>
        </w:trPr>
        <w:tc>
          <w:tcPr>
            <w:tcW w:w="5237" w:type="dxa"/>
            <w:shd w:val="clear" w:color="auto" w:fill="EDEDED"/>
            <w:vAlign w:val="center"/>
          </w:tcPr>
          <w:p w14:paraId="470128B9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UNIVERSIDAD/INSTITUCIÓN EXTRANJERA Y PAÍS:</w:t>
            </w:r>
          </w:p>
        </w:tc>
        <w:tc>
          <w:tcPr>
            <w:tcW w:w="4231" w:type="dxa"/>
            <w:vAlign w:val="center"/>
          </w:tcPr>
          <w:p w14:paraId="1284186D" w14:textId="77777777" w:rsidR="006F3A6E" w:rsidRPr="00D043FE" w:rsidRDefault="006F3A6E">
            <w:pPr>
              <w:rPr>
                <w:lang w:val="es-ES"/>
              </w:rPr>
            </w:pPr>
          </w:p>
        </w:tc>
      </w:tr>
      <w:tr w:rsidR="006F3A6E" w:rsidRPr="003F50FB" w14:paraId="04988553" w14:textId="77777777" w:rsidTr="00BA0DC1">
        <w:trPr>
          <w:trHeight w:hRule="exact" w:val="340"/>
          <w:jc w:val="center"/>
        </w:trPr>
        <w:tc>
          <w:tcPr>
            <w:tcW w:w="5237" w:type="dxa"/>
            <w:shd w:val="clear" w:color="auto" w:fill="EDEDED"/>
            <w:vAlign w:val="center"/>
          </w:tcPr>
          <w:p w14:paraId="3DD92B1F" w14:textId="45ADFCED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PERÍODO DE ESTANCIA:</w:t>
            </w:r>
          </w:p>
        </w:tc>
        <w:tc>
          <w:tcPr>
            <w:tcW w:w="4231" w:type="dxa"/>
            <w:vAlign w:val="center"/>
          </w:tcPr>
          <w:p w14:paraId="4F582BE3" w14:textId="77777777" w:rsidR="006F3A6E" w:rsidRPr="00D043FE" w:rsidRDefault="006F3A6E">
            <w:pPr>
              <w:rPr>
                <w:lang w:val="es-ES"/>
              </w:rPr>
            </w:pPr>
          </w:p>
        </w:tc>
      </w:tr>
      <w:tr w:rsidR="006F3A6E" w:rsidRPr="00CC5552" w14:paraId="5F3C23D1" w14:textId="77777777" w:rsidTr="00376906">
        <w:trPr>
          <w:trHeight w:hRule="exact" w:val="680"/>
          <w:jc w:val="center"/>
        </w:trPr>
        <w:tc>
          <w:tcPr>
            <w:tcW w:w="5237" w:type="dxa"/>
            <w:shd w:val="clear" w:color="auto" w:fill="EDEDED"/>
            <w:vAlign w:val="center"/>
          </w:tcPr>
          <w:p w14:paraId="6A3F7D2B" w14:textId="14219B73" w:rsidR="006F3A6E" w:rsidRPr="00376906" w:rsidRDefault="00D03767">
            <w:pPr>
              <w:rPr>
                <w:lang w:val="es-ES"/>
              </w:rPr>
            </w:pPr>
            <w:r w:rsidRPr="00376906">
              <w:rPr>
                <w:b/>
                <w:sz w:val="17"/>
                <w:lang w:val="es-ES"/>
              </w:rPr>
              <w:t>ENLACE AL DOCUMENTO ACREDITATIVO</w:t>
            </w:r>
            <w:r w:rsidR="00376906" w:rsidRPr="00376906">
              <w:rPr>
                <w:b/>
                <w:sz w:val="17"/>
                <w:lang w:val="es-ES"/>
              </w:rPr>
              <w:t xml:space="preserve"> DE LA MENCIÓN O COTUTELA</w:t>
            </w:r>
            <w:r w:rsidRPr="00376906">
              <w:rPr>
                <w:b/>
                <w:sz w:val="17"/>
                <w:lang w:val="es-ES"/>
              </w:rPr>
              <w:t>:</w:t>
            </w:r>
          </w:p>
        </w:tc>
        <w:tc>
          <w:tcPr>
            <w:tcW w:w="4231" w:type="dxa"/>
            <w:vAlign w:val="center"/>
          </w:tcPr>
          <w:p w14:paraId="20B1C76B" w14:textId="77777777" w:rsidR="006F3A6E" w:rsidRPr="00376906" w:rsidRDefault="006F3A6E">
            <w:pPr>
              <w:rPr>
                <w:lang w:val="es-ES"/>
              </w:rPr>
            </w:pPr>
          </w:p>
        </w:tc>
      </w:tr>
      <w:tr w:rsidR="006F3A6E" w14:paraId="37B8F564" w14:textId="77777777" w:rsidTr="00BA0DC1">
        <w:trPr>
          <w:trHeight w:hRule="exact" w:val="340"/>
          <w:jc w:val="center"/>
        </w:trPr>
        <w:tc>
          <w:tcPr>
            <w:tcW w:w="5237" w:type="dxa"/>
            <w:shd w:val="clear" w:color="auto" w:fill="DFEFFB"/>
            <w:vAlign w:val="center"/>
          </w:tcPr>
          <w:p w14:paraId="213701DD" w14:textId="6C55CA2C" w:rsidR="006F3A6E" w:rsidRDefault="00D03767">
            <w:r>
              <w:rPr>
                <w:b/>
                <w:sz w:val="17"/>
              </w:rPr>
              <w:t>1.2 MENCIÓN DE DOCTORADO INDUSTRIAL</w:t>
            </w:r>
          </w:p>
        </w:tc>
        <w:tc>
          <w:tcPr>
            <w:tcW w:w="4231" w:type="dxa"/>
            <w:vAlign w:val="center"/>
          </w:tcPr>
          <w:p w14:paraId="564F3534" w14:textId="77777777" w:rsidR="006F3A6E" w:rsidRDefault="00D03767">
            <w:r>
              <w:rPr>
                <w:sz w:val="17"/>
              </w:rPr>
              <w:t>☐ Sí   ☐ No</w:t>
            </w:r>
          </w:p>
        </w:tc>
      </w:tr>
      <w:tr w:rsidR="006F3A6E" w14:paraId="2EB24AA2" w14:textId="77777777" w:rsidTr="00BA0DC1">
        <w:trPr>
          <w:trHeight w:hRule="exact" w:val="340"/>
          <w:jc w:val="center"/>
        </w:trPr>
        <w:tc>
          <w:tcPr>
            <w:tcW w:w="5237" w:type="dxa"/>
            <w:shd w:val="clear" w:color="auto" w:fill="EDEDED"/>
            <w:vAlign w:val="center"/>
          </w:tcPr>
          <w:p w14:paraId="4DAACD93" w14:textId="77777777" w:rsidR="006F3A6E" w:rsidRDefault="00D03767">
            <w:r>
              <w:rPr>
                <w:b/>
                <w:sz w:val="17"/>
              </w:rPr>
              <w:t>ENTIDAD COLABORADORA / EMPRESA:</w:t>
            </w:r>
          </w:p>
        </w:tc>
        <w:tc>
          <w:tcPr>
            <w:tcW w:w="4231" w:type="dxa"/>
            <w:vAlign w:val="center"/>
          </w:tcPr>
          <w:p w14:paraId="2C9D6ED9" w14:textId="77777777" w:rsidR="006F3A6E" w:rsidRDefault="006F3A6E"/>
        </w:tc>
      </w:tr>
      <w:tr w:rsidR="006F3A6E" w14:paraId="31A147CA" w14:textId="77777777" w:rsidTr="00BA0DC1">
        <w:trPr>
          <w:trHeight w:hRule="exact" w:val="340"/>
          <w:jc w:val="center"/>
        </w:trPr>
        <w:tc>
          <w:tcPr>
            <w:tcW w:w="5237" w:type="dxa"/>
            <w:shd w:val="clear" w:color="auto" w:fill="EDEDED"/>
            <w:vAlign w:val="center"/>
          </w:tcPr>
          <w:p w14:paraId="08E5ED7D" w14:textId="77777777" w:rsidR="006F3A6E" w:rsidRDefault="00D03767">
            <w:r>
              <w:rPr>
                <w:b/>
                <w:sz w:val="17"/>
              </w:rPr>
              <w:t>ENLACE AL DOCUMENTO ACREDITATIVO:</w:t>
            </w:r>
          </w:p>
        </w:tc>
        <w:tc>
          <w:tcPr>
            <w:tcW w:w="4231" w:type="dxa"/>
            <w:vAlign w:val="center"/>
          </w:tcPr>
          <w:p w14:paraId="77D49692" w14:textId="77777777" w:rsidR="006F3A6E" w:rsidRDefault="006F3A6E"/>
        </w:tc>
      </w:tr>
    </w:tbl>
    <w:p w14:paraId="134BE7D4" w14:textId="77777777" w:rsidR="006F3A6E" w:rsidRDefault="00D03767">
      <w:r>
        <w:br w:type="page"/>
      </w:r>
    </w:p>
    <w:p w14:paraId="62096284" w14:textId="5682F3FB" w:rsidR="006F3A6E" w:rsidRPr="00AA1792" w:rsidRDefault="00D03767">
      <w:pPr>
        <w:spacing w:before="160" w:after="80"/>
        <w:rPr>
          <w:lang w:val="es-ES"/>
        </w:rPr>
      </w:pPr>
      <w:r w:rsidRPr="00AA1792">
        <w:rPr>
          <w:b/>
          <w:color w:val="0070C0"/>
          <w:sz w:val="22"/>
          <w:lang w:val="es-ES"/>
        </w:rPr>
        <w:lastRenderedPageBreak/>
        <w:t>2. PUBLICACIONES DERIVADAS DE LA TESIS</w:t>
      </w:r>
    </w:p>
    <w:tbl>
      <w:tblPr>
        <w:tblW w:w="0" w:type="auto"/>
        <w:jc w:val="center"/>
        <w:tblBorders>
          <w:top w:val="single" w:sz="8" w:space="0" w:color="7CAAD1"/>
          <w:left w:val="single" w:sz="8" w:space="0" w:color="7CAAD1"/>
          <w:bottom w:val="single" w:sz="8" w:space="0" w:color="7CAAD1"/>
          <w:right w:val="single" w:sz="8" w:space="0" w:color="7CAAD1"/>
          <w:insideH w:val="single" w:sz="8" w:space="0" w:color="7CAAD1"/>
          <w:insideV w:val="single" w:sz="8" w:space="0" w:color="7CAAD1"/>
        </w:tblBorders>
        <w:tblLook w:val="04A0" w:firstRow="1" w:lastRow="0" w:firstColumn="1" w:lastColumn="0" w:noHBand="0" w:noVBand="1"/>
      </w:tblPr>
      <w:tblGrid>
        <w:gridCol w:w="9838"/>
      </w:tblGrid>
      <w:tr w:rsidR="006F3A6E" w:rsidRPr="00CC5552" w14:paraId="55165039" w14:textId="77777777">
        <w:trPr>
          <w:jc w:val="center"/>
        </w:trPr>
        <w:tc>
          <w:tcPr>
            <w:tcW w:w="9858" w:type="dxa"/>
            <w:shd w:val="clear" w:color="auto" w:fill="F3F8FC"/>
          </w:tcPr>
          <w:p w14:paraId="1D154C21" w14:textId="508B8D93" w:rsidR="006F3A6E" w:rsidRPr="00D043FE" w:rsidRDefault="00D03767">
            <w:pPr>
              <w:spacing w:after="0"/>
              <w:rPr>
                <w:lang w:val="es-ES"/>
              </w:rPr>
            </w:pPr>
            <w:r w:rsidRPr="00D043FE">
              <w:rPr>
                <w:lang w:val="es-ES"/>
              </w:rPr>
              <w:t xml:space="preserve">Se podrán incluir un máximo de 5 contribuciones en total entre artículos en revistas, libros y capítulos de libros, y un máximo de 5 contribuciones en libros de actas de congreso. Si existen más publicaciones, </w:t>
            </w:r>
            <w:r w:rsidR="005B1140">
              <w:rPr>
                <w:lang w:val="es-ES"/>
              </w:rPr>
              <w:t xml:space="preserve">el/la </w:t>
            </w:r>
            <w:r w:rsidRPr="00D043FE">
              <w:rPr>
                <w:lang w:val="es-ES"/>
              </w:rPr>
              <w:t>solicitante seleccionará las más relevantes.</w:t>
            </w:r>
          </w:p>
        </w:tc>
      </w:tr>
    </w:tbl>
    <w:p w14:paraId="1E6D7032" w14:textId="77777777" w:rsidR="006F75CB" w:rsidRDefault="006F75CB">
      <w:pPr>
        <w:spacing w:after="80"/>
        <w:rPr>
          <w:i/>
          <w:sz w:val="17"/>
          <w:lang w:val="es-ES"/>
        </w:rPr>
      </w:pPr>
    </w:p>
    <w:p w14:paraId="54108A6D" w14:textId="14C32BA1" w:rsidR="006F3A6E" w:rsidRDefault="00D03767">
      <w:pPr>
        <w:spacing w:after="80"/>
        <w:rPr>
          <w:i/>
          <w:sz w:val="17"/>
          <w:lang w:val="es-ES"/>
        </w:rPr>
      </w:pPr>
      <w:r w:rsidRPr="00D043FE">
        <w:rPr>
          <w:i/>
          <w:sz w:val="17"/>
          <w:lang w:val="es-ES"/>
        </w:rPr>
        <w:t>Será necesario justificar brevemente la vinculación de cada publicación con la tesis, indicando, por ejemplo, en qué capítulos se integran sus aportaciones. Máximo recomendado: 50 palabras.</w:t>
      </w:r>
    </w:p>
    <w:p w14:paraId="2AE32BBE" w14:textId="77777777" w:rsidR="00A42B14" w:rsidRPr="00D043FE" w:rsidRDefault="00A42B14">
      <w:pPr>
        <w:spacing w:after="80"/>
        <w:rPr>
          <w:lang w:val="es-ES"/>
        </w:rPr>
      </w:pPr>
    </w:p>
    <w:p w14:paraId="199B4AC5" w14:textId="77777777" w:rsidR="006F3A6E" w:rsidRPr="00D043FE" w:rsidRDefault="00D03767">
      <w:pPr>
        <w:spacing w:before="120" w:after="60"/>
        <w:rPr>
          <w:lang w:val="es-ES"/>
        </w:rPr>
      </w:pPr>
      <w:r w:rsidRPr="00D043FE">
        <w:rPr>
          <w:b/>
          <w:sz w:val="20"/>
          <w:lang w:val="es-ES"/>
        </w:rPr>
        <w:t>2.A ARTÍCULOS EN REVISTAS</w:t>
      </w:r>
    </w:p>
    <w:p w14:paraId="759032DE" w14:textId="77777777" w:rsidR="006F3A6E" w:rsidRPr="00D043FE" w:rsidRDefault="00D03767">
      <w:pPr>
        <w:spacing w:after="80"/>
        <w:rPr>
          <w:lang w:val="es-ES"/>
        </w:rPr>
      </w:pPr>
      <w:r w:rsidRPr="00D043FE">
        <w:rPr>
          <w:i/>
          <w:sz w:val="17"/>
          <w:lang w:val="es-ES"/>
        </w:rPr>
        <w:t>Copiar la tabla tantas veces como sea necesario. Máximo 5 publicaciones entre 2.A y 2.B.</w:t>
      </w:r>
    </w:p>
    <w:tbl>
      <w:tblPr>
        <w:tblStyle w:val="Tablaconcuadrcula"/>
        <w:tblW w:w="0" w:type="auto"/>
        <w:jc w:val="center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ook w:val="04A0" w:firstRow="1" w:lastRow="0" w:firstColumn="1" w:lastColumn="0" w:noHBand="0" w:noVBand="1"/>
      </w:tblPr>
      <w:tblGrid>
        <w:gridCol w:w="3572"/>
        <w:gridCol w:w="5896"/>
      </w:tblGrid>
      <w:tr w:rsidR="006F3A6E" w:rsidRPr="00CC5552" w14:paraId="1DFAFB4C" w14:textId="77777777" w:rsidTr="00824CB7">
        <w:trPr>
          <w:trHeight w:hRule="exact" w:val="340"/>
          <w:jc w:val="center"/>
        </w:trPr>
        <w:tc>
          <w:tcPr>
            <w:tcW w:w="3572" w:type="dxa"/>
            <w:shd w:val="clear" w:color="auto" w:fill="D9EAF7"/>
            <w:vAlign w:val="center"/>
          </w:tcPr>
          <w:p w14:paraId="37FC5D8B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AUTORES (por orden de firma):</w:t>
            </w:r>
          </w:p>
        </w:tc>
        <w:tc>
          <w:tcPr>
            <w:tcW w:w="5896" w:type="dxa"/>
            <w:vAlign w:val="center"/>
          </w:tcPr>
          <w:p w14:paraId="679D70BD" w14:textId="77777777" w:rsidR="006F3A6E" w:rsidRPr="00D043FE" w:rsidRDefault="006F3A6E">
            <w:pPr>
              <w:rPr>
                <w:lang w:val="es-ES"/>
              </w:rPr>
            </w:pPr>
          </w:p>
        </w:tc>
      </w:tr>
      <w:tr w:rsidR="006F3A6E" w:rsidRPr="00CC5552" w14:paraId="715C4D6F" w14:textId="77777777" w:rsidTr="0076199E">
        <w:trPr>
          <w:trHeight w:hRule="exact" w:val="68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40875705" w14:textId="53FF074D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 xml:space="preserve">POSICIÓN </w:t>
            </w:r>
            <w:r w:rsidR="00E34015">
              <w:rPr>
                <w:b/>
                <w:sz w:val="17"/>
                <w:lang w:val="es-ES"/>
              </w:rPr>
              <w:t>DE LA</w:t>
            </w:r>
            <w:r w:rsidRPr="00D043FE">
              <w:rPr>
                <w:b/>
                <w:sz w:val="17"/>
                <w:lang w:val="es-ES"/>
              </w:rPr>
              <w:t xml:space="preserve"> PERSONA SOLICITANTE EN LA AUTORÍA:</w:t>
            </w:r>
          </w:p>
        </w:tc>
        <w:tc>
          <w:tcPr>
            <w:tcW w:w="5896" w:type="dxa"/>
            <w:vAlign w:val="center"/>
          </w:tcPr>
          <w:p w14:paraId="23222E70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sz w:val="17"/>
                <w:lang w:val="es-ES"/>
              </w:rPr>
              <w:t>☐ 1.er autor   ☐ 2.º autor   ☐ 3.er autor   ☐ 4.º autor   ☐ 5.º o posterior</w:t>
            </w:r>
          </w:p>
        </w:tc>
      </w:tr>
      <w:tr w:rsidR="006F3A6E" w14:paraId="1550D00C" w14:textId="77777777" w:rsidTr="00824CB7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7D1397DA" w14:textId="77777777" w:rsidR="006F3A6E" w:rsidRDefault="00D03767">
            <w:r>
              <w:rPr>
                <w:b/>
                <w:sz w:val="17"/>
              </w:rPr>
              <w:t>NÚMERO TOTAL DE AUTORES:</w:t>
            </w:r>
          </w:p>
        </w:tc>
        <w:tc>
          <w:tcPr>
            <w:tcW w:w="5896" w:type="dxa"/>
            <w:vAlign w:val="center"/>
          </w:tcPr>
          <w:p w14:paraId="73B58233" w14:textId="77777777" w:rsidR="006F3A6E" w:rsidRDefault="006F3A6E"/>
        </w:tc>
      </w:tr>
      <w:tr w:rsidR="006F3A6E" w14:paraId="2EBDAF67" w14:textId="77777777" w:rsidTr="00824CB7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584A1707" w14:textId="77777777" w:rsidR="006F3A6E" w:rsidRDefault="00D03767">
            <w:r>
              <w:rPr>
                <w:b/>
                <w:sz w:val="17"/>
              </w:rPr>
              <w:t>TÍTULO:</w:t>
            </w:r>
          </w:p>
        </w:tc>
        <w:tc>
          <w:tcPr>
            <w:tcW w:w="5896" w:type="dxa"/>
            <w:vAlign w:val="center"/>
          </w:tcPr>
          <w:p w14:paraId="2D624A00" w14:textId="77777777" w:rsidR="006F3A6E" w:rsidRDefault="006F3A6E"/>
        </w:tc>
      </w:tr>
      <w:tr w:rsidR="006F3A6E" w14:paraId="3D5ADD24" w14:textId="77777777" w:rsidTr="00824CB7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3DFECE3F" w14:textId="77777777" w:rsidR="006F3A6E" w:rsidRDefault="00D03767">
            <w:r>
              <w:rPr>
                <w:b/>
                <w:sz w:val="17"/>
              </w:rPr>
              <w:t>REVISTA Y EDITORIAL:</w:t>
            </w:r>
          </w:p>
        </w:tc>
        <w:tc>
          <w:tcPr>
            <w:tcW w:w="5896" w:type="dxa"/>
            <w:vAlign w:val="center"/>
          </w:tcPr>
          <w:p w14:paraId="733B19D4" w14:textId="77777777" w:rsidR="006F3A6E" w:rsidRDefault="006F3A6E"/>
        </w:tc>
      </w:tr>
      <w:tr w:rsidR="006F3A6E" w14:paraId="5CC44A62" w14:textId="77777777" w:rsidTr="00824CB7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61E2831F" w14:textId="77777777" w:rsidR="006F3A6E" w:rsidRDefault="00D03767">
            <w:r>
              <w:rPr>
                <w:b/>
                <w:sz w:val="17"/>
              </w:rPr>
              <w:t>VOLUMEN, NÚMERO Y PÁGINAS:</w:t>
            </w:r>
          </w:p>
        </w:tc>
        <w:tc>
          <w:tcPr>
            <w:tcW w:w="5896" w:type="dxa"/>
            <w:vAlign w:val="center"/>
          </w:tcPr>
          <w:p w14:paraId="49CD1C52" w14:textId="77777777" w:rsidR="006F3A6E" w:rsidRDefault="006F3A6E"/>
        </w:tc>
      </w:tr>
      <w:tr w:rsidR="006F3A6E" w14:paraId="4B0DA3A0" w14:textId="77777777" w:rsidTr="00824CB7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71666E36" w14:textId="77777777" w:rsidR="006F3A6E" w:rsidRDefault="00D03767">
            <w:r>
              <w:rPr>
                <w:b/>
                <w:sz w:val="17"/>
              </w:rPr>
              <w:t>DOI:</w:t>
            </w:r>
          </w:p>
        </w:tc>
        <w:tc>
          <w:tcPr>
            <w:tcW w:w="5896" w:type="dxa"/>
            <w:vAlign w:val="center"/>
          </w:tcPr>
          <w:p w14:paraId="019EFAF1" w14:textId="77777777" w:rsidR="006F3A6E" w:rsidRDefault="006F3A6E"/>
        </w:tc>
      </w:tr>
      <w:tr w:rsidR="006F3A6E" w:rsidRPr="003F50FB" w14:paraId="43AE3092" w14:textId="77777777" w:rsidTr="00824CB7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654B142E" w14:textId="10428A82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FECHA DE ENVÍO:</w:t>
            </w:r>
          </w:p>
        </w:tc>
        <w:tc>
          <w:tcPr>
            <w:tcW w:w="5896" w:type="dxa"/>
            <w:vAlign w:val="center"/>
          </w:tcPr>
          <w:p w14:paraId="0C5212F6" w14:textId="77777777" w:rsidR="006F3A6E" w:rsidRPr="00D043FE" w:rsidRDefault="006F3A6E">
            <w:pPr>
              <w:rPr>
                <w:lang w:val="es-ES"/>
              </w:rPr>
            </w:pPr>
          </w:p>
        </w:tc>
      </w:tr>
      <w:tr w:rsidR="004D2DFE" w:rsidRPr="003F50FB" w14:paraId="569EC326" w14:textId="77777777" w:rsidTr="00824CB7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207E7CB7" w14:textId="38880B9F" w:rsidR="004D2DFE" w:rsidRPr="00D043FE" w:rsidRDefault="004D2DFE" w:rsidP="004D2DFE">
            <w:pPr>
              <w:rPr>
                <w:b/>
                <w:sz w:val="17"/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 xml:space="preserve">FECHA </w:t>
            </w:r>
            <w:r>
              <w:rPr>
                <w:b/>
                <w:sz w:val="17"/>
                <w:lang w:val="es-ES"/>
              </w:rPr>
              <w:t xml:space="preserve">DE </w:t>
            </w:r>
            <w:r w:rsidRPr="00D043FE">
              <w:rPr>
                <w:b/>
                <w:sz w:val="17"/>
                <w:lang w:val="es-ES"/>
              </w:rPr>
              <w:t>PUBLICACIÓN:</w:t>
            </w:r>
          </w:p>
        </w:tc>
        <w:tc>
          <w:tcPr>
            <w:tcW w:w="5896" w:type="dxa"/>
            <w:vAlign w:val="center"/>
          </w:tcPr>
          <w:p w14:paraId="2F832E94" w14:textId="77777777" w:rsidR="004D2DFE" w:rsidRPr="00D043FE" w:rsidRDefault="004D2DFE" w:rsidP="004D2DFE">
            <w:pPr>
              <w:rPr>
                <w:lang w:val="es-ES"/>
              </w:rPr>
            </w:pPr>
          </w:p>
        </w:tc>
      </w:tr>
      <w:tr w:rsidR="004D2DFE" w14:paraId="2A075C9F" w14:textId="77777777" w:rsidTr="00824CB7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0C8A3CA4" w14:textId="77777777" w:rsidR="004D2DFE" w:rsidRDefault="004D2DFE" w:rsidP="004D2DFE">
            <w:r>
              <w:rPr>
                <w:b/>
                <w:sz w:val="17"/>
              </w:rPr>
              <w:t>ENLACE AL DOCUMENTO PUBLICADO:</w:t>
            </w:r>
          </w:p>
        </w:tc>
        <w:tc>
          <w:tcPr>
            <w:tcW w:w="5896" w:type="dxa"/>
            <w:vAlign w:val="center"/>
          </w:tcPr>
          <w:p w14:paraId="2E450CC3" w14:textId="77777777" w:rsidR="004D2DFE" w:rsidRDefault="004D2DFE" w:rsidP="004D2DFE"/>
        </w:tc>
      </w:tr>
      <w:tr w:rsidR="004D2DFE" w:rsidRPr="00CC5552" w14:paraId="3D5CD422" w14:textId="77777777" w:rsidTr="00213DAE">
        <w:trPr>
          <w:trHeight w:hRule="exact" w:val="1361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77791A0C" w14:textId="77777777" w:rsidR="004D2DFE" w:rsidRDefault="004D2DFE" w:rsidP="004D2DFE">
            <w:r>
              <w:rPr>
                <w:b/>
                <w:sz w:val="17"/>
              </w:rPr>
              <w:t>INDEXACIÓN / BASES DE DATOS:</w:t>
            </w:r>
          </w:p>
        </w:tc>
        <w:tc>
          <w:tcPr>
            <w:tcW w:w="5896" w:type="dxa"/>
            <w:vAlign w:val="center"/>
          </w:tcPr>
          <w:p w14:paraId="62C18C42" w14:textId="77777777" w:rsidR="004D2DFE" w:rsidRDefault="004D2DFE" w:rsidP="004D2DFE">
            <w:pPr>
              <w:rPr>
                <w:sz w:val="17"/>
                <w:lang w:val="es-ES"/>
              </w:rPr>
            </w:pPr>
            <w:r w:rsidRPr="00BF05CA">
              <w:rPr>
                <w:sz w:val="17"/>
                <w:lang w:val="es-ES"/>
              </w:rPr>
              <w:t xml:space="preserve">☐ JCR   </w:t>
            </w:r>
            <w:r w:rsidRPr="00D043FE">
              <w:rPr>
                <w:sz w:val="17"/>
                <w:lang w:val="es-ES"/>
              </w:rPr>
              <w:t xml:space="preserve">Cuartil: </w:t>
            </w:r>
            <w:r w:rsidRPr="00D043FE">
              <w:rPr>
                <w:rFonts w:ascii="Segoe UI Symbol" w:hAnsi="Segoe UI Symbol" w:cs="Segoe UI Symbol"/>
                <w:sz w:val="17"/>
                <w:lang w:val="es-ES"/>
              </w:rPr>
              <w:t>☐</w:t>
            </w:r>
            <w:r w:rsidRPr="00D043FE">
              <w:rPr>
                <w:sz w:val="17"/>
                <w:lang w:val="es-ES"/>
              </w:rPr>
              <w:t xml:space="preserve"> Q1 </w:t>
            </w:r>
            <w:r w:rsidRPr="00D043FE">
              <w:rPr>
                <w:rFonts w:ascii="Segoe UI Symbol" w:hAnsi="Segoe UI Symbol" w:cs="Segoe UI Symbol"/>
                <w:sz w:val="17"/>
                <w:lang w:val="es-ES"/>
              </w:rPr>
              <w:t>☐</w:t>
            </w:r>
            <w:r w:rsidRPr="00D043FE">
              <w:rPr>
                <w:sz w:val="17"/>
                <w:lang w:val="es-ES"/>
              </w:rPr>
              <w:t xml:space="preserve"> Q2 </w:t>
            </w:r>
            <w:r w:rsidRPr="00D043FE">
              <w:rPr>
                <w:rFonts w:ascii="Segoe UI Symbol" w:hAnsi="Segoe UI Symbol" w:cs="Segoe UI Symbol"/>
                <w:sz w:val="17"/>
                <w:lang w:val="es-ES"/>
              </w:rPr>
              <w:t>☐</w:t>
            </w:r>
            <w:r w:rsidRPr="00D043FE">
              <w:rPr>
                <w:sz w:val="17"/>
                <w:lang w:val="es-ES"/>
              </w:rPr>
              <w:t xml:space="preserve"> Q3 o inferior</w:t>
            </w:r>
            <w:r w:rsidRPr="00BF05CA">
              <w:rPr>
                <w:sz w:val="17"/>
                <w:lang w:val="es-ES"/>
              </w:rPr>
              <w:t xml:space="preserve"> </w:t>
            </w:r>
          </w:p>
          <w:p w14:paraId="3F8962A8" w14:textId="77777777" w:rsidR="004D2DFE" w:rsidRDefault="004D2DFE" w:rsidP="004D2DFE">
            <w:pPr>
              <w:rPr>
                <w:sz w:val="17"/>
                <w:lang w:val="es-ES"/>
              </w:rPr>
            </w:pPr>
            <w:r w:rsidRPr="00BF05CA">
              <w:rPr>
                <w:sz w:val="17"/>
                <w:lang w:val="es-ES"/>
              </w:rPr>
              <w:t xml:space="preserve">☐ SJR   </w:t>
            </w:r>
            <w:r w:rsidRPr="00D043FE">
              <w:rPr>
                <w:sz w:val="17"/>
                <w:lang w:val="es-ES"/>
              </w:rPr>
              <w:t xml:space="preserve">Cuartil: </w:t>
            </w:r>
            <w:r w:rsidRPr="00D043FE">
              <w:rPr>
                <w:rFonts w:ascii="Segoe UI Symbol" w:hAnsi="Segoe UI Symbol" w:cs="Segoe UI Symbol"/>
                <w:sz w:val="17"/>
                <w:lang w:val="es-ES"/>
              </w:rPr>
              <w:t>☐</w:t>
            </w:r>
            <w:r w:rsidRPr="00D043FE">
              <w:rPr>
                <w:sz w:val="17"/>
                <w:lang w:val="es-ES"/>
              </w:rPr>
              <w:t xml:space="preserve"> Q1 </w:t>
            </w:r>
            <w:r w:rsidRPr="00D043FE">
              <w:rPr>
                <w:rFonts w:ascii="Segoe UI Symbol" w:hAnsi="Segoe UI Symbol" w:cs="Segoe UI Symbol"/>
                <w:sz w:val="17"/>
                <w:lang w:val="es-ES"/>
              </w:rPr>
              <w:t>☐</w:t>
            </w:r>
            <w:r w:rsidRPr="00D043FE">
              <w:rPr>
                <w:sz w:val="17"/>
                <w:lang w:val="es-ES"/>
              </w:rPr>
              <w:t xml:space="preserve"> Q2 </w:t>
            </w:r>
            <w:r w:rsidRPr="00D043FE">
              <w:rPr>
                <w:rFonts w:ascii="Segoe UI Symbol" w:hAnsi="Segoe UI Symbol" w:cs="Segoe UI Symbol"/>
                <w:sz w:val="17"/>
                <w:lang w:val="es-ES"/>
              </w:rPr>
              <w:t>☐</w:t>
            </w:r>
            <w:r w:rsidRPr="00D043FE">
              <w:rPr>
                <w:sz w:val="17"/>
                <w:lang w:val="es-ES"/>
              </w:rPr>
              <w:t xml:space="preserve"> Q3 o inferior</w:t>
            </w:r>
            <w:r w:rsidRPr="00BF05CA">
              <w:rPr>
                <w:sz w:val="17"/>
                <w:lang w:val="es-ES"/>
              </w:rPr>
              <w:t xml:space="preserve"> </w:t>
            </w:r>
          </w:p>
          <w:p w14:paraId="7F4774C9" w14:textId="77777777" w:rsidR="004D2DFE" w:rsidRDefault="004D2DFE" w:rsidP="004D2DFE">
            <w:pPr>
              <w:rPr>
                <w:sz w:val="17"/>
                <w:lang w:val="es-ES"/>
              </w:rPr>
            </w:pPr>
            <w:r w:rsidRPr="00BF05CA">
              <w:rPr>
                <w:sz w:val="17"/>
                <w:lang w:val="es-ES"/>
              </w:rPr>
              <w:t xml:space="preserve">☐ Avery Index  </w:t>
            </w:r>
          </w:p>
          <w:p w14:paraId="09E7DCEF" w14:textId="77777777" w:rsidR="004D2DFE" w:rsidRDefault="004D2DFE" w:rsidP="004D2DFE">
            <w:pPr>
              <w:rPr>
                <w:sz w:val="17"/>
                <w:lang w:val="es-ES"/>
              </w:rPr>
            </w:pPr>
            <w:r w:rsidRPr="00BF05CA">
              <w:rPr>
                <w:sz w:val="17"/>
                <w:lang w:val="es-ES"/>
              </w:rPr>
              <w:t xml:space="preserve">☐ RIBA Catalogue                                   </w:t>
            </w:r>
          </w:p>
          <w:p w14:paraId="7BE939D6" w14:textId="1F1370D4" w:rsidR="004D2DFE" w:rsidRPr="00213DAE" w:rsidRDefault="004D2DFE" w:rsidP="004D2DFE">
            <w:pPr>
              <w:rPr>
                <w:sz w:val="17"/>
                <w:lang w:val="es-ES"/>
              </w:rPr>
            </w:pPr>
            <w:r w:rsidRPr="00BF05CA">
              <w:rPr>
                <w:sz w:val="17"/>
                <w:lang w:val="es-ES"/>
              </w:rPr>
              <w:t xml:space="preserve">☐ Dialnet Métricas C1/C2   </w:t>
            </w:r>
          </w:p>
        </w:tc>
      </w:tr>
      <w:tr w:rsidR="004D2DFE" w14:paraId="24277DE4" w14:textId="77777777" w:rsidTr="00213DAE">
        <w:trPr>
          <w:trHeight w:hRule="exact" w:val="1021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487657CE" w14:textId="77777777" w:rsidR="004D2DFE" w:rsidRDefault="004D2DFE" w:rsidP="004D2DFE">
            <w:r>
              <w:rPr>
                <w:b/>
                <w:sz w:val="17"/>
              </w:rPr>
              <w:t>VINCULACIÓN CON LA TESIS:</w:t>
            </w:r>
          </w:p>
        </w:tc>
        <w:tc>
          <w:tcPr>
            <w:tcW w:w="5896" w:type="dxa"/>
            <w:vAlign w:val="center"/>
          </w:tcPr>
          <w:p w14:paraId="7F135818" w14:textId="77777777" w:rsidR="004D2DFE" w:rsidRDefault="004D2DFE" w:rsidP="004D2DFE">
            <w:r>
              <w:rPr>
                <w:sz w:val="17"/>
              </w:rPr>
              <w:t>Máx. 50 palabras</w:t>
            </w:r>
          </w:p>
        </w:tc>
      </w:tr>
    </w:tbl>
    <w:p w14:paraId="3619F3D6" w14:textId="77777777" w:rsidR="00B60534" w:rsidRDefault="00B60534">
      <w:pPr>
        <w:spacing w:before="120" w:after="60"/>
        <w:rPr>
          <w:b/>
          <w:sz w:val="20"/>
          <w:lang w:val="es-ES"/>
        </w:rPr>
      </w:pPr>
    </w:p>
    <w:p w14:paraId="120F72FB" w14:textId="77777777" w:rsidR="00B60534" w:rsidRDefault="00B60534">
      <w:pPr>
        <w:spacing w:before="120" w:after="60"/>
        <w:rPr>
          <w:b/>
          <w:sz w:val="20"/>
          <w:lang w:val="es-ES"/>
        </w:rPr>
      </w:pPr>
    </w:p>
    <w:p w14:paraId="18C8695C" w14:textId="77777777" w:rsidR="00B60534" w:rsidRDefault="00B60534">
      <w:pPr>
        <w:spacing w:before="120" w:after="60"/>
        <w:rPr>
          <w:b/>
          <w:sz w:val="20"/>
          <w:lang w:val="es-ES"/>
        </w:rPr>
      </w:pPr>
    </w:p>
    <w:p w14:paraId="278B1E65" w14:textId="77777777" w:rsidR="00B60534" w:rsidRDefault="00B60534">
      <w:pPr>
        <w:spacing w:before="120" w:after="60"/>
        <w:rPr>
          <w:b/>
          <w:sz w:val="20"/>
          <w:lang w:val="es-ES"/>
        </w:rPr>
      </w:pPr>
    </w:p>
    <w:p w14:paraId="3E84938B" w14:textId="77777777" w:rsidR="00B60534" w:rsidRDefault="00B60534">
      <w:pPr>
        <w:spacing w:before="120" w:after="60"/>
        <w:rPr>
          <w:b/>
          <w:sz w:val="20"/>
          <w:lang w:val="es-ES"/>
        </w:rPr>
      </w:pPr>
    </w:p>
    <w:p w14:paraId="1BD93E1F" w14:textId="77777777" w:rsidR="00B60534" w:rsidRDefault="00B60534">
      <w:pPr>
        <w:spacing w:before="120" w:after="60"/>
        <w:rPr>
          <w:b/>
          <w:sz w:val="20"/>
          <w:lang w:val="es-ES"/>
        </w:rPr>
      </w:pPr>
    </w:p>
    <w:p w14:paraId="79769D71" w14:textId="77777777" w:rsidR="00CD026D" w:rsidRDefault="00CD026D">
      <w:pPr>
        <w:spacing w:before="120" w:after="60"/>
        <w:rPr>
          <w:b/>
          <w:sz w:val="20"/>
          <w:lang w:val="es-ES"/>
        </w:rPr>
      </w:pPr>
    </w:p>
    <w:p w14:paraId="072B3B56" w14:textId="77777777" w:rsidR="00B60534" w:rsidRDefault="00B60534">
      <w:pPr>
        <w:spacing w:before="120" w:after="60"/>
        <w:rPr>
          <w:b/>
          <w:sz w:val="20"/>
          <w:lang w:val="es-ES"/>
        </w:rPr>
      </w:pPr>
    </w:p>
    <w:p w14:paraId="4D86548E" w14:textId="77777777" w:rsidR="00B60534" w:rsidRDefault="00B60534">
      <w:pPr>
        <w:spacing w:before="120" w:after="60"/>
        <w:rPr>
          <w:b/>
          <w:sz w:val="20"/>
          <w:lang w:val="es-ES"/>
        </w:rPr>
      </w:pPr>
    </w:p>
    <w:p w14:paraId="1A156055" w14:textId="208FF3BD" w:rsidR="006F3A6E" w:rsidRPr="00D043FE" w:rsidRDefault="00D03767">
      <w:pPr>
        <w:spacing w:before="120" w:after="60"/>
        <w:rPr>
          <w:lang w:val="es-ES"/>
        </w:rPr>
      </w:pPr>
      <w:r w:rsidRPr="00D043FE">
        <w:rPr>
          <w:b/>
          <w:sz w:val="20"/>
          <w:lang w:val="es-ES"/>
        </w:rPr>
        <w:t>2.B LIBROS Y CAPÍTULOS DE LIBROS</w:t>
      </w:r>
    </w:p>
    <w:p w14:paraId="411D61D0" w14:textId="77777777" w:rsidR="006F3A6E" w:rsidRDefault="00D03767">
      <w:pPr>
        <w:spacing w:after="80"/>
        <w:rPr>
          <w:i/>
          <w:sz w:val="17"/>
          <w:lang w:val="es-ES"/>
        </w:rPr>
      </w:pPr>
      <w:r w:rsidRPr="00D043FE">
        <w:rPr>
          <w:i/>
          <w:sz w:val="17"/>
          <w:lang w:val="es-ES"/>
        </w:rPr>
        <w:t>Copiar la tabla tantas veces como sea necesario. Máximo 5 publicaciones entre 2.A y 2.B.</w:t>
      </w:r>
    </w:p>
    <w:p w14:paraId="6CCA2EDC" w14:textId="77777777" w:rsidR="003C65A3" w:rsidRPr="00D043FE" w:rsidRDefault="003C65A3">
      <w:pPr>
        <w:spacing w:after="80"/>
        <w:rPr>
          <w:lang w:val="es-ES"/>
        </w:rPr>
      </w:pPr>
    </w:p>
    <w:tbl>
      <w:tblPr>
        <w:tblStyle w:val="Tablaconcuadrcula"/>
        <w:tblW w:w="0" w:type="auto"/>
        <w:jc w:val="center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ook w:val="04A0" w:firstRow="1" w:lastRow="0" w:firstColumn="1" w:lastColumn="0" w:noHBand="0" w:noVBand="1"/>
      </w:tblPr>
      <w:tblGrid>
        <w:gridCol w:w="3572"/>
        <w:gridCol w:w="5896"/>
      </w:tblGrid>
      <w:tr w:rsidR="006F3A6E" w:rsidRPr="00CC5552" w14:paraId="01FCE4A0" w14:textId="77777777" w:rsidTr="0075304E">
        <w:trPr>
          <w:trHeight w:hRule="exact" w:val="340"/>
          <w:jc w:val="center"/>
        </w:trPr>
        <w:tc>
          <w:tcPr>
            <w:tcW w:w="3572" w:type="dxa"/>
            <w:shd w:val="clear" w:color="auto" w:fill="D9EAF7"/>
            <w:vAlign w:val="center"/>
          </w:tcPr>
          <w:p w14:paraId="1F3E469A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AUTORES (por orden de firma):</w:t>
            </w:r>
          </w:p>
        </w:tc>
        <w:tc>
          <w:tcPr>
            <w:tcW w:w="5896" w:type="dxa"/>
            <w:vAlign w:val="center"/>
          </w:tcPr>
          <w:p w14:paraId="332733D9" w14:textId="77777777" w:rsidR="006F3A6E" w:rsidRPr="00D043FE" w:rsidRDefault="006F3A6E">
            <w:pPr>
              <w:rPr>
                <w:lang w:val="es-ES"/>
              </w:rPr>
            </w:pPr>
          </w:p>
        </w:tc>
      </w:tr>
      <w:tr w:rsidR="006F3A6E" w:rsidRPr="00CC5552" w14:paraId="2223CC20" w14:textId="77777777" w:rsidTr="0075304E">
        <w:trPr>
          <w:trHeight w:hRule="exact" w:val="68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5DDB8AF7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POSICIÓN DE LA PERSONA SOLICITANTE EN LA AUTORÍA:</w:t>
            </w:r>
          </w:p>
        </w:tc>
        <w:tc>
          <w:tcPr>
            <w:tcW w:w="5896" w:type="dxa"/>
            <w:vAlign w:val="center"/>
          </w:tcPr>
          <w:p w14:paraId="4A6F1274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sz w:val="17"/>
                <w:lang w:val="es-ES"/>
              </w:rPr>
              <w:t>☐ 1.er autor   ☐ 2.º autor   ☐ 3.er autor   ☐ 4.º autor   ☐ 5.º o posterior</w:t>
            </w:r>
          </w:p>
        </w:tc>
      </w:tr>
      <w:tr w:rsidR="006F3A6E" w14:paraId="73DEE220" w14:textId="77777777" w:rsidTr="0075304E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525AB540" w14:textId="77777777" w:rsidR="006F3A6E" w:rsidRDefault="00D03767">
            <w:r>
              <w:rPr>
                <w:b/>
                <w:sz w:val="17"/>
              </w:rPr>
              <w:t>NÚMERO TOTAL DE AUTORES:</w:t>
            </w:r>
          </w:p>
        </w:tc>
        <w:tc>
          <w:tcPr>
            <w:tcW w:w="5896" w:type="dxa"/>
            <w:vAlign w:val="center"/>
          </w:tcPr>
          <w:p w14:paraId="7CE838FB" w14:textId="77777777" w:rsidR="006F3A6E" w:rsidRDefault="006F3A6E"/>
        </w:tc>
      </w:tr>
      <w:tr w:rsidR="006F3A6E" w14:paraId="0C00E467" w14:textId="77777777" w:rsidTr="0075304E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615C4DFC" w14:textId="77777777" w:rsidR="006F3A6E" w:rsidRDefault="00D03767">
            <w:r>
              <w:rPr>
                <w:b/>
                <w:sz w:val="17"/>
              </w:rPr>
              <w:t>TIPO:</w:t>
            </w:r>
          </w:p>
        </w:tc>
        <w:tc>
          <w:tcPr>
            <w:tcW w:w="5896" w:type="dxa"/>
            <w:vAlign w:val="center"/>
          </w:tcPr>
          <w:p w14:paraId="2D28A9A5" w14:textId="77777777" w:rsidR="006F3A6E" w:rsidRDefault="00D03767">
            <w:r>
              <w:rPr>
                <w:sz w:val="17"/>
              </w:rPr>
              <w:t>☐ Libro   ☐ Capítulo de libro</w:t>
            </w:r>
          </w:p>
        </w:tc>
      </w:tr>
      <w:tr w:rsidR="006F3A6E" w:rsidRPr="003F50FB" w14:paraId="4051205B" w14:textId="77777777" w:rsidTr="0075304E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19470582" w14:textId="6AC405EA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TÍTULO DEL LIBRO:</w:t>
            </w:r>
          </w:p>
        </w:tc>
        <w:tc>
          <w:tcPr>
            <w:tcW w:w="5896" w:type="dxa"/>
            <w:vAlign w:val="center"/>
          </w:tcPr>
          <w:p w14:paraId="54AB07A5" w14:textId="77777777" w:rsidR="006F3A6E" w:rsidRPr="00D043FE" w:rsidRDefault="006F3A6E">
            <w:pPr>
              <w:rPr>
                <w:lang w:val="es-ES"/>
              </w:rPr>
            </w:pPr>
          </w:p>
        </w:tc>
      </w:tr>
      <w:tr w:rsidR="00AC5791" w:rsidRPr="003F50FB" w14:paraId="459DEC42" w14:textId="77777777" w:rsidTr="0075304E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041E2126" w14:textId="5912FDFE" w:rsidR="00AC5791" w:rsidRPr="00D043FE" w:rsidRDefault="00AC5791">
            <w:pPr>
              <w:rPr>
                <w:b/>
                <w:sz w:val="17"/>
                <w:lang w:val="es-ES"/>
              </w:rPr>
            </w:pPr>
            <w:r>
              <w:rPr>
                <w:b/>
                <w:sz w:val="17"/>
              </w:rPr>
              <w:t>TÍTULO DEL CAPÍTULO:</w:t>
            </w:r>
          </w:p>
        </w:tc>
        <w:tc>
          <w:tcPr>
            <w:tcW w:w="5896" w:type="dxa"/>
            <w:vAlign w:val="center"/>
          </w:tcPr>
          <w:p w14:paraId="12EA67D4" w14:textId="77777777" w:rsidR="00AC5791" w:rsidRPr="00D043FE" w:rsidRDefault="00AC5791">
            <w:pPr>
              <w:rPr>
                <w:lang w:val="es-ES"/>
              </w:rPr>
            </w:pPr>
          </w:p>
        </w:tc>
      </w:tr>
      <w:tr w:rsidR="006F3A6E" w:rsidRPr="00CC5552" w14:paraId="7BE9A9C3" w14:textId="77777777" w:rsidTr="0075304E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03530D9E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EDITORIAL Y CIUDAD DE PUBLICACIÓN:</w:t>
            </w:r>
          </w:p>
        </w:tc>
        <w:tc>
          <w:tcPr>
            <w:tcW w:w="5896" w:type="dxa"/>
            <w:vAlign w:val="center"/>
          </w:tcPr>
          <w:p w14:paraId="243E0F9C" w14:textId="77777777" w:rsidR="006F3A6E" w:rsidRPr="00D043FE" w:rsidRDefault="006F3A6E">
            <w:pPr>
              <w:rPr>
                <w:lang w:val="es-ES"/>
              </w:rPr>
            </w:pPr>
          </w:p>
        </w:tc>
      </w:tr>
      <w:tr w:rsidR="006F3A6E" w:rsidRPr="006F025A" w14:paraId="7AE3F5F5" w14:textId="77777777" w:rsidTr="0075304E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202B3357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BASE O CATÁLOGO DE REFERENCIA:</w:t>
            </w:r>
          </w:p>
        </w:tc>
        <w:tc>
          <w:tcPr>
            <w:tcW w:w="5896" w:type="dxa"/>
            <w:vAlign w:val="center"/>
          </w:tcPr>
          <w:p w14:paraId="345D5072" w14:textId="647D48A6" w:rsidR="006F3A6E" w:rsidRPr="006F025A" w:rsidRDefault="00D03767">
            <w:pPr>
              <w:rPr>
                <w:lang w:val="en-GB"/>
              </w:rPr>
            </w:pPr>
            <w:r w:rsidRPr="006F025A">
              <w:rPr>
                <w:sz w:val="17"/>
                <w:lang w:val="en-GB"/>
              </w:rPr>
              <w:t>☐ SPI-CSIC   ☐ Avery Index   ☐ RIBA Catalogue   ____________________</w:t>
            </w:r>
          </w:p>
        </w:tc>
      </w:tr>
      <w:tr w:rsidR="006F3A6E" w14:paraId="31ADE678" w14:textId="77777777" w:rsidTr="0075304E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165FC253" w14:textId="77777777" w:rsidR="006F3A6E" w:rsidRDefault="00D03767">
            <w:r>
              <w:rPr>
                <w:b/>
                <w:sz w:val="17"/>
              </w:rPr>
              <w:t>DOI:</w:t>
            </w:r>
          </w:p>
        </w:tc>
        <w:tc>
          <w:tcPr>
            <w:tcW w:w="5896" w:type="dxa"/>
            <w:vAlign w:val="center"/>
          </w:tcPr>
          <w:p w14:paraId="72AEA99D" w14:textId="77777777" w:rsidR="006F3A6E" w:rsidRDefault="006F3A6E"/>
        </w:tc>
      </w:tr>
      <w:tr w:rsidR="006F3A6E" w14:paraId="2002351D" w14:textId="77777777" w:rsidTr="0075304E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776F5BF0" w14:textId="77777777" w:rsidR="006F3A6E" w:rsidRDefault="00D03767">
            <w:r>
              <w:rPr>
                <w:b/>
                <w:sz w:val="17"/>
              </w:rPr>
              <w:t>ISBN / ISSN:</w:t>
            </w:r>
          </w:p>
        </w:tc>
        <w:tc>
          <w:tcPr>
            <w:tcW w:w="5896" w:type="dxa"/>
            <w:vAlign w:val="center"/>
          </w:tcPr>
          <w:p w14:paraId="0626F7EF" w14:textId="77777777" w:rsidR="006F3A6E" w:rsidRDefault="006F3A6E"/>
        </w:tc>
      </w:tr>
      <w:tr w:rsidR="00AC5791" w:rsidRPr="003F50FB" w14:paraId="3F990487" w14:textId="77777777" w:rsidTr="0075304E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0FBC503C" w14:textId="4270C4C2" w:rsidR="00AC5791" w:rsidRPr="00D043FE" w:rsidRDefault="00AC5791" w:rsidP="00AC5791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FECHA DE ENVÍO:</w:t>
            </w:r>
          </w:p>
        </w:tc>
        <w:tc>
          <w:tcPr>
            <w:tcW w:w="5896" w:type="dxa"/>
            <w:vAlign w:val="center"/>
          </w:tcPr>
          <w:p w14:paraId="465ED833" w14:textId="77777777" w:rsidR="00AC5791" w:rsidRPr="00D043FE" w:rsidRDefault="00AC5791" w:rsidP="00AC5791">
            <w:pPr>
              <w:rPr>
                <w:lang w:val="es-ES"/>
              </w:rPr>
            </w:pPr>
          </w:p>
        </w:tc>
      </w:tr>
      <w:tr w:rsidR="00AC5791" w:rsidRPr="003F50FB" w14:paraId="288FF2AA" w14:textId="77777777" w:rsidTr="0075304E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2DFB15FD" w14:textId="7B392BDA" w:rsidR="00AC5791" w:rsidRPr="00D043FE" w:rsidRDefault="00AC5791" w:rsidP="00AC5791">
            <w:pPr>
              <w:rPr>
                <w:b/>
                <w:sz w:val="17"/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 xml:space="preserve">FECHA </w:t>
            </w:r>
            <w:r>
              <w:rPr>
                <w:b/>
                <w:sz w:val="17"/>
                <w:lang w:val="es-ES"/>
              </w:rPr>
              <w:t xml:space="preserve">DE </w:t>
            </w:r>
            <w:r w:rsidRPr="00D043FE">
              <w:rPr>
                <w:b/>
                <w:sz w:val="17"/>
                <w:lang w:val="es-ES"/>
              </w:rPr>
              <w:t>PUBLICACIÓN:</w:t>
            </w:r>
          </w:p>
        </w:tc>
        <w:tc>
          <w:tcPr>
            <w:tcW w:w="5896" w:type="dxa"/>
            <w:vAlign w:val="center"/>
          </w:tcPr>
          <w:p w14:paraId="1487608E" w14:textId="77777777" w:rsidR="00AC5791" w:rsidRPr="00D043FE" w:rsidRDefault="00AC5791" w:rsidP="00AC5791">
            <w:pPr>
              <w:rPr>
                <w:lang w:val="es-ES"/>
              </w:rPr>
            </w:pPr>
          </w:p>
        </w:tc>
      </w:tr>
      <w:tr w:rsidR="006F3A6E" w14:paraId="7B74B1E8" w14:textId="77777777" w:rsidTr="0075304E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6C4F8D60" w14:textId="77777777" w:rsidR="006F3A6E" w:rsidRDefault="00D03767">
            <w:r>
              <w:rPr>
                <w:b/>
                <w:sz w:val="17"/>
              </w:rPr>
              <w:t>ENLACE AL DOCUMENTO PUBLICADO:</w:t>
            </w:r>
          </w:p>
        </w:tc>
        <w:tc>
          <w:tcPr>
            <w:tcW w:w="5896" w:type="dxa"/>
            <w:vAlign w:val="center"/>
          </w:tcPr>
          <w:p w14:paraId="42EF9004" w14:textId="77777777" w:rsidR="006F3A6E" w:rsidRDefault="006F3A6E"/>
        </w:tc>
      </w:tr>
      <w:tr w:rsidR="006F3A6E" w14:paraId="55547558" w14:textId="77777777" w:rsidTr="00C9039E">
        <w:trPr>
          <w:trHeight w:hRule="exact" w:val="1361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56E4921A" w14:textId="77777777" w:rsidR="006F3A6E" w:rsidRDefault="00D03767">
            <w:r>
              <w:rPr>
                <w:b/>
                <w:sz w:val="17"/>
              </w:rPr>
              <w:t>VINCULACIÓN CON LA TESIS:</w:t>
            </w:r>
          </w:p>
        </w:tc>
        <w:tc>
          <w:tcPr>
            <w:tcW w:w="5896" w:type="dxa"/>
            <w:vAlign w:val="center"/>
          </w:tcPr>
          <w:p w14:paraId="19C5D3A1" w14:textId="77777777" w:rsidR="006F3A6E" w:rsidRDefault="00D03767">
            <w:r>
              <w:rPr>
                <w:sz w:val="17"/>
              </w:rPr>
              <w:t>Máx. 50 palabras</w:t>
            </w:r>
          </w:p>
        </w:tc>
      </w:tr>
    </w:tbl>
    <w:p w14:paraId="2426911B" w14:textId="77777777" w:rsidR="006F3A6E" w:rsidRDefault="00D03767">
      <w:r>
        <w:br w:type="page"/>
      </w:r>
    </w:p>
    <w:p w14:paraId="76996E01" w14:textId="77777777" w:rsidR="006F3A6E" w:rsidRPr="00D043FE" w:rsidRDefault="00D03767">
      <w:pPr>
        <w:spacing w:before="120" w:after="60"/>
        <w:rPr>
          <w:lang w:val="es-ES"/>
        </w:rPr>
      </w:pPr>
      <w:r w:rsidRPr="00D043FE">
        <w:rPr>
          <w:b/>
          <w:sz w:val="20"/>
          <w:lang w:val="es-ES"/>
        </w:rPr>
        <w:lastRenderedPageBreak/>
        <w:t>2.C PONENCIAS PUBLICADAS EN LIBROS DE ACTAS DE CONGRESOS</w:t>
      </w:r>
    </w:p>
    <w:p w14:paraId="771E1B37" w14:textId="0242894B" w:rsidR="006F3A6E" w:rsidRDefault="00D03767">
      <w:pPr>
        <w:spacing w:after="80"/>
        <w:rPr>
          <w:i/>
          <w:sz w:val="17"/>
          <w:lang w:val="es-ES"/>
        </w:rPr>
      </w:pPr>
      <w:r w:rsidRPr="00D043FE">
        <w:rPr>
          <w:i/>
          <w:sz w:val="17"/>
          <w:lang w:val="es-ES"/>
        </w:rPr>
        <w:t>Copiar la tabla tantas veces como sea necesario. Máximo 5 contribuciones. No incluir aportaciones ya consignadas como artículo, libro o capítulo</w:t>
      </w:r>
      <w:r w:rsidR="00D26090">
        <w:rPr>
          <w:i/>
          <w:sz w:val="17"/>
          <w:lang w:val="es-ES"/>
        </w:rPr>
        <w:t xml:space="preserve"> </w:t>
      </w:r>
      <w:r w:rsidR="00BA0EE6">
        <w:rPr>
          <w:i/>
          <w:sz w:val="17"/>
          <w:lang w:val="es-ES"/>
        </w:rPr>
        <w:t>de libro.</w:t>
      </w:r>
    </w:p>
    <w:p w14:paraId="7768C12C" w14:textId="77777777" w:rsidR="003C65A3" w:rsidRPr="00D043FE" w:rsidRDefault="003C65A3">
      <w:pPr>
        <w:spacing w:after="80"/>
        <w:rPr>
          <w:lang w:val="es-ES"/>
        </w:rPr>
      </w:pPr>
    </w:p>
    <w:tbl>
      <w:tblPr>
        <w:tblStyle w:val="Tablaconcuadrcula"/>
        <w:tblW w:w="0" w:type="auto"/>
        <w:jc w:val="center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ook w:val="04A0" w:firstRow="1" w:lastRow="0" w:firstColumn="1" w:lastColumn="0" w:noHBand="0" w:noVBand="1"/>
      </w:tblPr>
      <w:tblGrid>
        <w:gridCol w:w="3572"/>
        <w:gridCol w:w="5896"/>
      </w:tblGrid>
      <w:tr w:rsidR="006F3A6E" w:rsidRPr="00CC5552" w14:paraId="3A83B88B" w14:textId="77777777" w:rsidTr="00323764">
        <w:trPr>
          <w:trHeight w:hRule="exact" w:val="340"/>
          <w:jc w:val="center"/>
        </w:trPr>
        <w:tc>
          <w:tcPr>
            <w:tcW w:w="3572" w:type="dxa"/>
            <w:shd w:val="clear" w:color="auto" w:fill="D9EAF7"/>
            <w:vAlign w:val="center"/>
          </w:tcPr>
          <w:p w14:paraId="5906FAC0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AUTORES (por orden de firma):</w:t>
            </w:r>
          </w:p>
        </w:tc>
        <w:tc>
          <w:tcPr>
            <w:tcW w:w="5896" w:type="dxa"/>
            <w:vAlign w:val="center"/>
          </w:tcPr>
          <w:p w14:paraId="7BCE75A2" w14:textId="77777777" w:rsidR="006F3A6E" w:rsidRPr="00D043FE" w:rsidRDefault="006F3A6E">
            <w:pPr>
              <w:rPr>
                <w:lang w:val="es-ES"/>
              </w:rPr>
            </w:pPr>
          </w:p>
        </w:tc>
      </w:tr>
      <w:tr w:rsidR="006F3A6E" w:rsidRPr="00CC5552" w14:paraId="4FE039E6" w14:textId="77777777" w:rsidTr="00323764">
        <w:trPr>
          <w:trHeight w:hRule="exact" w:val="68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6A4B8D87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POSICIÓN DE LA PERSONA SOLICITANTE EN LA AUTORÍA:</w:t>
            </w:r>
          </w:p>
        </w:tc>
        <w:tc>
          <w:tcPr>
            <w:tcW w:w="5896" w:type="dxa"/>
            <w:vAlign w:val="center"/>
          </w:tcPr>
          <w:p w14:paraId="6F81567F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sz w:val="17"/>
                <w:lang w:val="es-ES"/>
              </w:rPr>
              <w:t>☐ 1.er autor   ☐ 2.º autor   ☐ 3.er autor   ☐ 4.º autor   ☐ 5.º o posterior</w:t>
            </w:r>
          </w:p>
        </w:tc>
      </w:tr>
      <w:tr w:rsidR="006F3A6E" w14:paraId="7501FB87" w14:textId="77777777" w:rsidTr="00323764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681A1ED1" w14:textId="77777777" w:rsidR="006F3A6E" w:rsidRDefault="00D03767">
            <w:r>
              <w:rPr>
                <w:b/>
                <w:sz w:val="17"/>
              </w:rPr>
              <w:t>NÚMERO TOTAL DE AUTORES:</w:t>
            </w:r>
          </w:p>
        </w:tc>
        <w:tc>
          <w:tcPr>
            <w:tcW w:w="5896" w:type="dxa"/>
            <w:vAlign w:val="center"/>
          </w:tcPr>
          <w:p w14:paraId="4D1D3834" w14:textId="77777777" w:rsidR="006F3A6E" w:rsidRDefault="006F3A6E"/>
        </w:tc>
      </w:tr>
      <w:tr w:rsidR="006F3A6E" w14:paraId="4006268E" w14:textId="77777777" w:rsidTr="00323764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63023E64" w14:textId="77777777" w:rsidR="006F3A6E" w:rsidRDefault="00D03767">
            <w:r>
              <w:rPr>
                <w:b/>
                <w:sz w:val="17"/>
              </w:rPr>
              <w:t>TÍTULO DE LA PONENCIA:</w:t>
            </w:r>
          </w:p>
        </w:tc>
        <w:tc>
          <w:tcPr>
            <w:tcW w:w="5896" w:type="dxa"/>
            <w:vAlign w:val="center"/>
          </w:tcPr>
          <w:p w14:paraId="682073C4" w14:textId="77777777" w:rsidR="006F3A6E" w:rsidRDefault="006F3A6E"/>
        </w:tc>
      </w:tr>
      <w:tr w:rsidR="006F3A6E" w:rsidRPr="00CC5552" w14:paraId="729DDC09" w14:textId="77777777" w:rsidTr="00323764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4701F532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TÍTULO DEL LIBRO DE ACTAS:</w:t>
            </w:r>
          </w:p>
        </w:tc>
        <w:tc>
          <w:tcPr>
            <w:tcW w:w="5896" w:type="dxa"/>
            <w:vAlign w:val="center"/>
          </w:tcPr>
          <w:p w14:paraId="31285050" w14:textId="77777777" w:rsidR="006F3A6E" w:rsidRPr="00D043FE" w:rsidRDefault="006F3A6E">
            <w:pPr>
              <w:rPr>
                <w:lang w:val="es-ES"/>
              </w:rPr>
            </w:pPr>
          </w:p>
        </w:tc>
      </w:tr>
      <w:tr w:rsidR="006F3A6E" w14:paraId="35D5A895" w14:textId="77777777" w:rsidTr="00323764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2D0F3058" w14:textId="77777777" w:rsidR="006F3A6E" w:rsidRDefault="00D03767">
            <w:r>
              <w:rPr>
                <w:b/>
                <w:sz w:val="17"/>
              </w:rPr>
              <w:t>REVISADO POR PARES:</w:t>
            </w:r>
          </w:p>
        </w:tc>
        <w:tc>
          <w:tcPr>
            <w:tcW w:w="5896" w:type="dxa"/>
            <w:vAlign w:val="center"/>
          </w:tcPr>
          <w:p w14:paraId="3ABE692D" w14:textId="77777777" w:rsidR="006F3A6E" w:rsidRDefault="00D03767">
            <w:r>
              <w:rPr>
                <w:sz w:val="17"/>
              </w:rPr>
              <w:t>☐ Sí   ☐ No</w:t>
            </w:r>
          </w:p>
        </w:tc>
      </w:tr>
      <w:tr w:rsidR="006F3A6E" w14:paraId="02BD45C8" w14:textId="77777777" w:rsidTr="00323764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60B12FAC" w14:textId="77777777" w:rsidR="006F3A6E" w:rsidRDefault="00D03767">
            <w:r>
              <w:rPr>
                <w:b/>
                <w:sz w:val="17"/>
              </w:rPr>
              <w:t>CONGRESO:</w:t>
            </w:r>
          </w:p>
        </w:tc>
        <w:tc>
          <w:tcPr>
            <w:tcW w:w="5896" w:type="dxa"/>
            <w:vAlign w:val="center"/>
          </w:tcPr>
          <w:p w14:paraId="087EC7A2" w14:textId="77777777" w:rsidR="006F3A6E" w:rsidRDefault="006F3A6E"/>
        </w:tc>
      </w:tr>
      <w:tr w:rsidR="006F3A6E" w14:paraId="6A0F2E75" w14:textId="77777777" w:rsidTr="00323764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322AB86A" w14:textId="77777777" w:rsidR="006F3A6E" w:rsidRDefault="00D03767">
            <w:r>
              <w:rPr>
                <w:b/>
                <w:sz w:val="17"/>
              </w:rPr>
              <w:t>CARÁCTER DEL CONGRESO:</w:t>
            </w:r>
          </w:p>
        </w:tc>
        <w:tc>
          <w:tcPr>
            <w:tcW w:w="5896" w:type="dxa"/>
            <w:vAlign w:val="center"/>
          </w:tcPr>
          <w:p w14:paraId="2BF17B2D" w14:textId="77777777" w:rsidR="006F3A6E" w:rsidRDefault="00D03767">
            <w:r>
              <w:rPr>
                <w:sz w:val="17"/>
              </w:rPr>
              <w:t>☐ Internacional   ☐ Nacional</w:t>
            </w:r>
          </w:p>
        </w:tc>
      </w:tr>
      <w:tr w:rsidR="006F3A6E" w14:paraId="0447BCA1" w14:textId="77777777" w:rsidTr="00323764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637638C9" w14:textId="77777777" w:rsidR="006F3A6E" w:rsidRDefault="00D03767">
            <w:r>
              <w:rPr>
                <w:b/>
                <w:sz w:val="17"/>
              </w:rPr>
              <w:t>FECHAS DEL CONGRESO:</w:t>
            </w:r>
          </w:p>
        </w:tc>
        <w:tc>
          <w:tcPr>
            <w:tcW w:w="5896" w:type="dxa"/>
            <w:vAlign w:val="center"/>
          </w:tcPr>
          <w:p w14:paraId="496D61A4" w14:textId="77777777" w:rsidR="006F3A6E" w:rsidRDefault="006F3A6E"/>
        </w:tc>
      </w:tr>
      <w:tr w:rsidR="006F3A6E" w14:paraId="045848F7" w14:textId="77777777" w:rsidTr="00323764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4F1C1D1E" w14:textId="77777777" w:rsidR="006F3A6E" w:rsidRDefault="00D03767">
            <w:r>
              <w:rPr>
                <w:b/>
                <w:sz w:val="17"/>
              </w:rPr>
              <w:t>LUGAR DE CELEBRACIÓN:</w:t>
            </w:r>
          </w:p>
        </w:tc>
        <w:tc>
          <w:tcPr>
            <w:tcW w:w="5896" w:type="dxa"/>
            <w:vAlign w:val="center"/>
          </w:tcPr>
          <w:p w14:paraId="0495DD52" w14:textId="77777777" w:rsidR="006F3A6E" w:rsidRDefault="006F3A6E"/>
        </w:tc>
      </w:tr>
      <w:tr w:rsidR="006F3A6E" w14:paraId="7393023A" w14:textId="77777777" w:rsidTr="00323764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49F3EBB8" w14:textId="77777777" w:rsidR="006F3A6E" w:rsidRDefault="00D03767">
            <w:r>
              <w:rPr>
                <w:b/>
                <w:sz w:val="17"/>
              </w:rPr>
              <w:t>ENTIDAD ORGANIZADORA:</w:t>
            </w:r>
          </w:p>
        </w:tc>
        <w:tc>
          <w:tcPr>
            <w:tcW w:w="5896" w:type="dxa"/>
            <w:vAlign w:val="center"/>
          </w:tcPr>
          <w:p w14:paraId="2DA6D054" w14:textId="77777777" w:rsidR="006F3A6E" w:rsidRDefault="006F3A6E"/>
        </w:tc>
      </w:tr>
      <w:tr w:rsidR="006F3A6E" w14:paraId="00F3704C" w14:textId="77777777" w:rsidTr="00323764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7557A841" w14:textId="783244AF" w:rsidR="006F3A6E" w:rsidRDefault="00D03767">
            <w:r>
              <w:rPr>
                <w:b/>
                <w:sz w:val="17"/>
              </w:rPr>
              <w:t>R</w:t>
            </w:r>
            <w:r w:rsidR="00BD28D2">
              <w:rPr>
                <w:b/>
                <w:sz w:val="17"/>
              </w:rPr>
              <w:t xml:space="preserve">EFERENCIA </w:t>
            </w:r>
            <w:r>
              <w:rPr>
                <w:b/>
                <w:sz w:val="17"/>
              </w:rPr>
              <w:t>ACTAS</w:t>
            </w:r>
            <w:r w:rsidR="00400723">
              <w:rPr>
                <w:b/>
                <w:sz w:val="17"/>
              </w:rPr>
              <w:t xml:space="preserve"> (ISBN</w:t>
            </w:r>
            <w:r w:rsidR="0005073B">
              <w:rPr>
                <w:b/>
                <w:sz w:val="17"/>
              </w:rPr>
              <w:t>, DOI)</w:t>
            </w:r>
            <w:r>
              <w:rPr>
                <w:b/>
                <w:sz w:val="17"/>
              </w:rPr>
              <w:t>:</w:t>
            </w:r>
          </w:p>
        </w:tc>
        <w:tc>
          <w:tcPr>
            <w:tcW w:w="5896" w:type="dxa"/>
            <w:vAlign w:val="center"/>
          </w:tcPr>
          <w:p w14:paraId="3EDEB5DB" w14:textId="3B81D8CC" w:rsidR="006F3A6E" w:rsidRDefault="006F3A6E"/>
        </w:tc>
      </w:tr>
      <w:tr w:rsidR="006F3A6E" w14:paraId="53305FA3" w14:textId="77777777" w:rsidTr="00323764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1627D001" w14:textId="77777777" w:rsidR="006F3A6E" w:rsidRDefault="00D03767">
            <w:r>
              <w:rPr>
                <w:b/>
                <w:sz w:val="17"/>
              </w:rPr>
              <w:t>PÁGINAS:</w:t>
            </w:r>
          </w:p>
        </w:tc>
        <w:tc>
          <w:tcPr>
            <w:tcW w:w="5896" w:type="dxa"/>
            <w:vAlign w:val="center"/>
          </w:tcPr>
          <w:p w14:paraId="10637947" w14:textId="77777777" w:rsidR="006F3A6E" w:rsidRDefault="006F3A6E"/>
        </w:tc>
      </w:tr>
      <w:tr w:rsidR="006F3A6E" w14:paraId="5F240D4D" w14:textId="77777777" w:rsidTr="00323764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01D1D350" w14:textId="77777777" w:rsidR="006F3A6E" w:rsidRDefault="00D03767">
            <w:r>
              <w:rPr>
                <w:b/>
                <w:sz w:val="17"/>
              </w:rPr>
              <w:t>FECHA DE PUBLICACIÓN:</w:t>
            </w:r>
          </w:p>
        </w:tc>
        <w:tc>
          <w:tcPr>
            <w:tcW w:w="5896" w:type="dxa"/>
            <w:vAlign w:val="center"/>
          </w:tcPr>
          <w:p w14:paraId="69A44CD2" w14:textId="77777777" w:rsidR="006F3A6E" w:rsidRDefault="006F3A6E"/>
        </w:tc>
      </w:tr>
      <w:tr w:rsidR="006F3A6E" w14:paraId="2F90FB08" w14:textId="77777777" w:rsidTr="00323764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051F1ADE" w14:textId="77777777" w:rsidR="006F3A6E" w:rsidRDefault="00D03767">
            <w:r>
              <w:rPr>
                <w:b/>
                <w:sz w:val="17"/>
              </w:rPr>
              <w:t>EDITORIAL:</w:t>
            </w:r>
          </w:p>
        </w:tc>
        <w:tc>
          <w:tcPr>
            <w:tcW w:w="5896" w:type="dxa"/>
            <w:vAlign w:val="center"/>
          </w:tcPr>
          <w:p w14:paraId="15566C9A" w14:textId="77777777" w:rsidR="006F3A6E" w:rsidRDefault="006F3A6E"/>
        </w:tc>
      </w:tr>
      <w:tr w:rsidR="006F3A6E" w14:paraId="7F4F95FF" w14:textId="77777777" w:rsidTr="00323764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67FB2663" w14:textId="77777777" w:rsidR="006F3A6E" w:rsidRDefault="00D03767">
            <w:r>
              <w:rPr>
                <w:b/>
                <w:sz w:val="17"/>
              </w:rPr>
              <w:t>ENLACE AL DOCUMENTO PUBLICADO:</w:t>
            </w:r>
          </w:p>
        </w:tc>
        <w:tc>
          <w:tcPr>
            <w:tcW w:w="5896" w:type="dxa"/>
            <w:vAlign w:val="center"/>
          </w:tcPr>
          <w:p w14:paraId="28FCA4EB" w14:textId="77777777" w:rsidR="006F3A6E" w:rsidRDefault="006F3A6E"/>
        </w:tc>
      </w:tr>
      <w:tr w:rsidR="006F3A6E" w14:paraId="21CEEC5E" w14:textId="77777777" w:rsidTr="00212737">
        <w:trPr>
          <w:trHeight w:hRule="exact" w:val="1361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2B3A548B" w14:textId="77777777" w:rsidR="006F3A6E" w:rsidRDefault="00D03767">
            <w:r>
              <w:rPr>
                <w:b/>
                <w:sz w:val="17"/>
              </w:rPr>
              <w:t>VINCULACIÓN CON LA TESIS:</w:t>
            </w:r>
          </w:p>
        </w:tc>
        <w:tc>
          <w:tcPr>
            <w:tcW w:w="5896" w:type="dxa"/>
            <w:vAlign w:val="center"/>
          </w:tcPr>
          <w:p w14:paraId="77CA2A8A" w14:textId="77777777" w:rsidR="006F3A6E" w:rsidRDefault="00D03767">
            <w:r>
              <w:rPr>
                <w:sz w:val="17"/>
              </w:rPr>
              <w:t>Máx. 50 palabras</w:t>
            </w:r>
          </w:p>
        </w:tc>
      </w:tr>
    </w:tbl>
    <w:p w14:paraId="1A4E8BEC" w14:textId="77777777" w:rsidR="006F3A6E" w:rsidRDefault="00D03767">
      <w:r>
        <w:br w:type="page"/>
      </w:r>
    </w:p>
    <w:p w14:paraId="525A91EF" w14:textId="77777777" w:rsidR="006F3A6E" w:rsidRPr="00D043FE" w:rsidRDefault="00D03767">
      <w:pPr>
        <w:spacing w:before="160" w:after="80"/>
        <w:rPr>
          <w:lang w:val="es-ES"/>
        </w:rPr>
      </w:pPr>
      <w:r w:rsidRPr="00D043FE">
        <w:rPr>
          <w:b/>
          <w:color w:val="0070C0"/>
          <w:sz w:val="22"/>
          <w:lang w:val="es-ES"/>
        </w:rPr>
        <w:lastRenderedPageBreak/>
        <w:t>3. RESULTADOS DE PRODUCCIÓN CREATIVA, ARTÍSTICA Y PROYECTUAL</w:t>
      </w:r>
    </w:p>
    <w:tbl>
      <w:tblPr>
        <w:tblW w:w="0" w:type="auto"/>
        <w:jc w:val="center"/>
        <w:tblBorders>
          <w:top w:val="single" w:sz="8" w:space="0" w:color="7CAAD1"/>
          <w:left w:val="single" w:sz="8" w:space="0" w:color="7CAAD1"/>
          <w:bottom w:val="single" w:sz="8" w:space="0" w:color="7CAAD1"/>
          <w:right w:val="single" w:sz="8" w:space="0" w:color="7CAAD1"/>
          <w:insideH w:val="single" w:sz="8" w:space="0" w:color="7CAAD1"/>
          <w:insideV w:val="single" w:sz="8" w:space="0" w:color="7CAAD1"/>
        </w:tblBorders>
        <w:tblLook w:val="04A0" w:firstRow="1" w:lastRow="0" w:firstColumn="1" w:lastColumn="0" w:noHBand="0" w:noVBand="1"/>
      </w:tblPr>
      <w:tblGrid>
        <w:gridCol w:w="9838"/>
      </w:tblGrid>
      <w:tr w:rsidR="006F3A6E" w:rsidRPr="00CC5552" w14:paraId="6A0528C1" w14:textId="77777777">
        <w:trPr>
          <w:jc w:val="center"/>
        </w:trPr>
        <w:tc>
          <w:tcPr>
            <w:tcW w:w="9858" w:type="dxa"/>
            <w:shd w:val="clear" w:color="auto" w:fill="F3F8FC"/>
          </w:tcPr>
          <w:p w14:paraId="779D5650" w14:textId="26972CA6" w:rsidR="006F3A6E" w:rsidRPr="00D043FE" w:rsidRDefault="00D03767">
            <w:pPr>
              <w:spacing w:after="0"/>
              <w:rPr>
                <w:lang w:val="es-ES"/>
              </w:rPr>
            </w:pPr>
            <w:r w:rsidRPr="00D043FE">
              <w:rPr>
                <w:lang w:val="es-ES"/>
              </w:rPr>
              <w:t xml:space="preserve">Se podrán incluir un máximo de </w:t>
            </w:r>
            <w:r w:rsidR="00237239">
              <w:rPr>
                <w:lang w:val="es-ES"/>
              </w:rPr>
              <w:t>3</w:t>
            </w:r>
            <w:r w:rsidRPr="00D043FE">
              <w:rPr>
                <w:lang w:val="es-ES"/>
              </w:rPr>
              <w:t xml:space="preserve"> aportaciones derivadas de la tesis. Cada aportación deberá quedar debidamente justificada y acreditar el cumplimiento de los requisitos establecidos para la tipología correspondiente.</w:t>
            </w:r>
          </w:p>
        </w:tc>
      </w:tr>
    </w:tbl>
    <w:p w14:paraId="03AB5627" w14:textId="77777777" w:rsidR="003F6E07" w:rsidRDefault="003F6E07">
      <w:pPr>
        <w:spacing w:after="80"/>
        <w:rPr>
          <w:i/>
          <w:sz w:val="17"/>
          <w:lang w:val="es-ES"/>
        </w:rPr>
      </w:pPr>
    </w:p>
    <w:p w14:paraId="62F97151" w14:textId="27EB29B2" w:rsidR="006F3A6E" w:rsidRDefault="00D03767">
      <w:pPr>
        <w:spacing w:after="80"/>
        <w:rPr>
          <w:i/>
          <w:sz w:val="17"/>
          <w:lang w:val="es-ES"/>
        </w:rPr>
      </w:pPr>
      <w:r w:rsidRPr="00D043FE">
        <w:rPr>
          <w:i/>
          <w:sz w:val="17"/>
          <w:lang w:val="es-ES"/>
        </w:rPr>
        <w:t>Ejemplos: proyectos premiados, intervenciones de conservación o restauración, encargos artísticos, ediciones críticas, comisariado de exposiciones de reconocido prestigio con catálogo, prototipos o propuestas urbanas evaluadas, expuestas o publicadas mediante procedimientos científicos o institucionales verificables.</w:t>
      </w:r>
    </w:p>
    <w:p w14:paraId="3BA54F52" w14:textId="77777777" w:rsidR="003F6E07" w:rsidRPr="00D043FE" w:rsidRDefault="003F6E07">
      <w:pPr>
        <w:spacing w:after="80"/>
        <w:rPr>
          <w:lang w:val="es-ES"/>
        </w:rPr>
      </w:pPr>
    </w:p>
    <w:tbl>
      <w:tblPr>
        <w:tblStyle w:val="Tablaconcuadrcula"/>
        <w:tblW w:w="0" w:type="auto"/>
        <w:jc w:val="center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ook w:val="04A0" w:firstRow="1" w:lastRow="0" w:firstColumn="1" w:lastColumn="0" w:noHBand="0" w:noVBand="1"/>
      </w:tblPr>
      <w:tblGrid>
        <w:gridCol w:w="3572"/>
        <w:gridCol w:w="5896"/>
      </w:tblGrid>
      <w:tr w:rsidR="006F3A6E" w14:paraId="4EC24112" w14:textId="77777777" w:rsidTr="000C53D2">
        <w:trPr>
          <w:trHeight w:hRule="exact" w:val="340"/>
          <w:jc w:val="center"/>
        </w:trPr>
        <w:tc>
          <w:tcPr>
            <w:tcW w:w="3572" w:type="dxa"/>
            <w:shd w:val="clear" w:color="auto" w:fill="D9EAF7"/>
            <w:vAlign w:val="center"/>
          </w:tcPr>
          <w:p w14:paraId="167D1E46" w14:textId="77777777" w:rsidR="006F3A6E" w:rsidRDefault="00D03767">
            <w:r>
              <w:rPr>
                <w:b/>
                <w:sz w:val="17"/>
              </w:rPr>
              <w:t>TÍTULO DE LA APORTACIÓN:</w:t>
            </w:r>
          </w:p>
        </w:tc>
        <w:tc>
          <w:tcPr>
            <w:tcW w:w="5896" w:type="dxa"/>
            <w:vAlign w:val="center"/>
          </w:tcPr>
          <w:p w14:paraId="58FF21D8" w14:textId="77777777" w:rsidR="006F3A6E" w:rsidRDefault="006F3A6E"/>
        </w:tc>
      </w:tr>
      <w:tr w:rsidR="006F3A6E" w:rsidRPr="00CC5552" w14:paraId="43882DFA" w14:textId="77777777" w:rsidTr="00E66F43">
        <w:trPr>
          <w:trHeight w:hRule="exact" w:val="2381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0D473512" w14:textId="77777777" w:rsidR="006F3A6E" w:rsidRDefault="00D03767">
            <w:r>
              <w:rPr>
                <w:b/>
                <w:sz w:val="17"/>
              </w:rPr>
              <w:t>TIPO DE APORTACIÓN:</w:t>
            </w:r>
          </w:p>
        </w:tc>
        <w:tc>
          <w:tcPr>
            <w:tcW w:w="5896" w:type="dxa"/>
            <w:vAlign w:val="center"/>
          </w:tcPr>
          <w:p w14:paraId="5E56A3A5" w14:textId="77777777" w:rsidR="000C53D2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Proyecto premiado  </w:t>
            </w:r>
          </w:p>
          <w:p w14:paraId="79572812" w14:textId="77777777" w:rsidR="00E66F43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Intervención conservación/restauración   </w:t>
            </w:r>
          </w:p>
          <w:p w14:paraId="394547F3" w14:textId="77777777" w:rsidR="00E66F43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Encargo artístico  </w:t>
            </w:r>
          </w:p>
          <w:p w14:paraId="563684B6" w14:textId="77777777" w:rsidR="00E66F43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Edición crítica   </w:t>
            </w:r>
          </w:p>
          <w:p w14:paraId="5BBCD75C" w14:textId="77777777" w:rsidR="00E66F43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Comisariado   </w:t>
            </w:r>
          </w:p>
          <w:p w14:paraId="4784ED81" w14:textId="77777777" w:rsidR="00E66F43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Exposición   </w:t>
            </w:r>
          </w:p>
          <w:p w14:paraId="5C2B7D3B" w14:textId="77777777" w:rsidR="00E66F43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Prototipo   </w:t>
            </w:r>
          </w:p>
          <w:p w14:paraId="68C3690B" w14:textId="77777777" w:rsidR="00E66F43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Propuesta urbana   </w:t>
            </w:r>
          </w:p>
          <w:p w14:paraId="7FCBABBB" w14:textId="12DD3116" w:rsidR="006F3A6E" w:rsidRPr="00D043FE" w:rsidRDefault="006F3A6E">
            <w:pPr>
              <w:rPr>
                <w:lang w:val="es-ES"/>
              </w:rPr>
            </w:pPr>
          </w:p>
        </w:tc>
      </w:tr>
      <w:tr w:rsidR="006F3A6E" w14:paraId="3825AF1A" w14:textId="77777777" w:rsidTr="000C53D2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5A58B233" w14:textId="77777777" w:rsidR="006F3A6E" w:rsidRDefault="00D03767">
            <w:r>
              <w:rPr>
                <w:b/>
                <w:sz w:val="17"/>
              </w:rPr>
              <w:t>AUTORES / PARTICIPANTES:</w:t>
            </w:r>
          </w:p>
        </w:tc>
        <w:tc>
          <w:tcPr>
            <w:tcW w:w="5896" w:type="dxa"/>
            <w:vAlign w:val="center"/>
          </w:tcPr>
          <w:p w14:paraId="17B93B53" w14:textId="77777777" w:rsidR="006F3A6E" w:rsidRDefault="006F3A6E"/>
        </w:tc>
      </w:tr>
      <w:tr w:rsidR="006F3A6E" w:rsidRPr="00CC5552" w14:paraId="1570EDCD" w14:textId="77777777" w:rsidTr="00C12E82">
        <w:trPr>
          <w:trHeight w:hRule="exact" w:val="68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18BB4B05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POSICIÓN DE LA PERSONA SOLICITANTE:</w:t>
            </w:r>
          </w:p>
        </w:tc>
        <w:tc>
          <w:tcPr>
            <w:tcW w:w="5896" w:type="dxa"/>
            <w:vAlign w:val="center"/>
          </w:tcPr>
          <w:p w14:paraId="6439B8BC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sz w:val="17"/>
                <w:lang w:val="es-ES"/>
              </w:rPr>
              <w:t>☐ 1.er autor   ☐ 2.º autor   ☐ 3.er autor   ☐ 4.º autor   ☐ 5.º o posterior</w:t>
            </w:r>
          </w:p>
        </w:tc>
      </w:tr>
      <w:tr w:rsidR="006F3A6E" w:rsidRPr="00CC5552" w14:paraId="5B1364A9" w14:textId="77777777" w:rsidTr="00C12E82">
        <w:trPr>
          <w:trHeight w:hRule="exact" w:val="68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285F7B5C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NÚMERO TOTAL DE AUTORES/PARTICIPANTES:</w:t>
            </w:r>
          </w:p>
        </w:tc>
        <w:tc>
          <w:tcPr>
            <w:tcW w:w="5896" w:type="dxa"/>
            <w:vAlign w:val="center"/>
          </w:tcPr>
          <w:p w14:paraId="720C4080" w14:textId="77777777" w:rsidR="006F3A6E" w:rsidRPr="00D043FE" w:rsidRDefault="006F3A6E">
            <w:pPr>
              <w:rPr>
                <w:lang w:val="es-ES"/>
              </w:rPr>
            </w:pPr>
          </w:p>
        </w:tc>
      </w:tr>
      <w:tr w:rsidR="006F3A6E" w14:paraId="2EBB73D6" w14:textId="77777777" w:rsidTr="00C12E82">
        <w:trPr>
          <w:trHeight w:hRule="exact" w:val="68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12099278" w14:textId="77777777" w:rsidR="006F3A6E" w:rsidRDefault="00D03767">
            <w:r>
              <w:rPr>
                <w:b/>
                <w:sz w:val="17"/>
              </w:rPr>
              <w:t>ENTIDAD ORGANIZADORA / PROMOTORA:</w:t>
            </w:r>
          </w:p>
        </w:tc>
        <w:tc>
          <w:tcPr>
            <w:tcW w:w="5896" w:type="dxa"/>
            <w:vAlign w:val="center"/>
          </w:tcPr>
          <w:p w14:paraId="1444CEBA" w14:textId="77777777" w:rsidR="006F3A6E" w:rsidRDefault="006F3A6E"/>
        </w:tc>
      </w:tr>
      <w:tr w:rsidR="006F3A6E" w14:paraId="29B8C609" w14:textId="77777777" w:rsidTr="000C53D2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6857B068" w14:textId="77777777" w:rsidR="006F3A6E" w:rsidRDefault="00D03767">
            <w:r>
              <w:rPr>
                <w:b/>
                <w:sz w:val="17"/>
              </w:rPr>
              <w:t>FECHA Y LUGAR:</w:t>
            </w:r>
          </w:p>
        </w:tc>
        <w:tc>
          <w:tcPr>
            <w:tcW w:w="5896" w:type="dxa"/>
            <w:vAlign w:val="center"/>
          </w:tcPr>
          <w:p w14:paraId="0717738E" w14:textId="77777777" w:rsidR="006F3A6E" w:rsidRDefault="006F3A6E"/>
        </w:tc>
      </w:tr>
      <w:tr w:rsidR="006F3A6E" w14:paraId="606220A8" w14:textId="77777777" w:rsidTr="000C53D2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30920AA2" w14:textId="77777777" w:rsidR="006F3A6E" w:rsidRDefault="00D03767">
            <w:r>
              <w:rPr>
                <w:b/>
                <w:sz w:val="17"/>
              </w:rPr>
              <w:t>MEDIO DE DIFUSIÓN:</w:t>
            </w:r>
          </w:p>
        </w:tc>
        <w:tc>
          <w:tcPr>
            <w:tcW w:w="5896" w:type="dxa"/>
            <w:vAlign w:val="center"/>
          </w:tcPr>
          <w:p w14:paraId="6DAEA7A4" w14:textId="77777777" w:rsidR="006F3A6E" w:rsidRDefault="006F3A6E"/>
        </w:tc>
      </w:tr>
      <w:tr w:rsidR="006F3A6E" w:rsidRPr="00CC5552" w14:paraId="586D2DE2" w14:textId="77777777" w:rsidTr="00AF6ED1">
        <w:trPr>
          <w:trHeight w:hRule="exact" w:val="68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2F8BC465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CATÁLOGO, PUBLICACIÓN O DOCUMENTO EQUIVALENTE:</w:t>
            </w:r>
          </w:p>
        </w:tc>
        <w:tc>
          <w:tcPr>
            <w:tcW w:w="5896" w:type="dxa"/>
            <w:vAlign w:val="center"/>
          </w:tcPr>
          <w:p w14:paraId="1FFA17BB" w14:textId="15925413" w:rsidR="006F3A6E" w:rsidRPr="003F50FB" w:rsidRDefault="006F3A6E">
            <w:pPr>
              <w:rPr>
                <w:lang w:val="es-ES"/>
              </w:rPr>
            </w:pPr>
          </w:p>
        </w:tc>
      </w:tr>
      <w:tr w:rsidR="006F3A6E" w14:paraId="68262EAA" w14:textId="77777777" w:rsidTr="00AF6ED1">
        <w:trPr>
          <w:trHeight w:hRule="exact" w:val="68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6F8625D8" w14:textId="77777777" w:rsidR="006F3A6E" w:rsidRDefault="00D03767">
            <w:r>
              <w:rPr>
                <w:b/>
                <w:sz w:val="17"/>
              </w:rPr>
              <w:t>COMITÉ CIENTÍFICO / AVAL INSTITUCIONAL:</w:t>
            </w:r>
          </w:p>
        </w:tc>
        <w:tc>
          <w:tcPr>
            <w:tcW w:w="5896" w:type="dxa"/>
            <w:vAlign w:val="center"/>
          </w:tcPr>
          <w:p w14:paraId="0866BB25" w14:textId="29B01493" w:rsidR="006F3A6E" w:rsidRDefault="006F3A6E"/>
        </w:tc>
      </w:tr>
      <w:tr w:rsidR="006F3A6E" w:rsidRPr="00CC5552" w14:paraId="3077DB38" w14:textId="77777777" w:rsidTr="00AF6ED1">
        <w:trPr>
          <w:trHeight w:hRule="exact" w:val="68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1BD920C1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PREMIO O RECONOCIMIENTO, SI PROCEDE:</w:t>
            </w:r>
          </w:p>
        </w:tc>
        <w:tc>
          <w:tcPr>
            <w:tcW w:w="5896" w:type="dxa"/>
            <w:vAlign w:val="center"/>
          </w:tcPr>
          <w:p w14:paraId="73CA3C4A" w14:textId="77777777" w:rsidR="006F3A6E" w:rsidRPr="00D043FE" w:rsidRDefault="006F3A6E">
            <w:pPr>
              <w:rPr>
                <w:lang w:val="es-ES"/>
              </w:rPr>
            </w:pPr>
          </w:p>
        </w:tc>
      </w:tr>
      <w:tr w:rsidR="006F3A6E" w14:paraId="274FC986" w14:textId="77777777" w:rsidTr="00AF6ED1">
        <w:trPr>
          <w:trHeight w:hRule="exact" w:val="68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0121C266" w14:textId="77777777" w:rsidR="006F3A6E" w:rsidRDefault="00D03767">
            <w:r>
              <w:rPr>
                <w:b/>
                <w:sz w:val="17"/>
              </w:rPr>
              <w:t>ENLACE AL DOCUMENTO ACREDITATIVO:</w:t>
            </w:r>
          </w:p>
        </w:tc>
        <w:tc>
          <w:tcPr>
            <w:tcW w:w="5896" w:type="dxa"/>
            <w:vAlign w:val="center"/>
          </w:tcPr>
          <w:p w14:paraId="072B685F" w14:textId="77777777" w:rsidR="006F3A6E" w:rsidRDefault="006F3A6E"/>
        </w:tc>
      </w:tr>
      <w:tr w:rsidR="006F3A6E" w14:paraId="06FA493F" w14:textId="77777777" w:rsidTr="008F174E">
        <w:trPr>
          <w:trHeight w:hRule="exact" w:val="1361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3AF2E3D2" w14:textId="77777777" w:rsidR="006F3A6E" w:rsidRDefault="00D03767">
            <w:r>
              <w:rPr>
                <w:b/>
                <w:sz w:val="17"/>
              </w:rPr>
              <w:t>VINCULACIÓN CON LA TESIS:</w:t>
            </w:r>
          </w:p>
        </w:tc>
        <w:tc>
          <w:tcPr>
            <w:tcW w:w="5896" w:type="dxa"/>
            <w:vAlign w:val="center"/>
          </w:tcPr>
          <w:p w14:paraId="131AD216" w14:textId="77777777" w:rsidR="006F3A6E" w:rsidRDefault="00D03767">
            <w:r>
              <w:rPr>
                <w:sz w:val="17"/>
              </w:rPr>
              <w:t>Máx. 50 palabras</w:t>
            </w:r>
          </w:p>
        </w:tc>
      </w:tr>
    </w:tbl>
    <w:p w14:paraId="208BC08C" w14:textId="77777777" w:rsidR="00FD5500" w:rsidRDefault="00FD5500">
      <w:pPr>
        <w:spacing w:before="160" w:after="80"/>
        <w:rPr>
          <w:b/>
          <w:color w:val="0070C0"/>
          <w:sz w:val="22"/>
          <w:lang w:val="es-ES"/>
        </w:rPr>
      </w:pPr>
    </w:p>
    <w:p w14:paraId="4AD8B2A7" w14:textId="04886CEA" w:rsidR="006F3A6E" w:rsidRPr="00D043FE" w:rsidRDefault="00D03767">
      <w:pPr>
        <w:spacing w:before="160" w:after="80"/>
        <w:rPr>
          <w:lang w:val="es-ES"/>
        </w:rPr>
      </w:pPr>
      <w:r w:rsidRPr="00D043FE">
        <w:rPr>
          <w:b/>
          <w:color w:val="0070C0"/>
          <w:sz w:val="22"/>
          <w:lang w:val="es-ES"/>
        </w:rPr>
        <w:t>4. PROYECTOS DE INVESTIGACIÓN, BECAS Y CONTRATOS</w:t>
      </w:r>
      <w:r w:rsidR="00513EA9">
        <w:rPr>
          <w:b/>
          <w:color w:val="0070C0"/>
          <w:sz w:val="22"/>
          <w:lang w:val="es-ES"/>
        </w:rPr>
        <w:t xml:space="preserve"> </w:t>
      </w:r>
    </w:p>
    <w:p w14:paraId="764A966B" w14:textId="77777777" w:rsidR="006F3A6E" w:rsidRPr="00D043FE" w:rsidRDefault="00D03767">
      <w:pPr>
        <w:spacing w:before="120" w:after="60"/>
        <w:rPr>
          <w:lang w:val="es-ES"/>
        </w:rPr>
      </w:pPr>
      <w:r w:rsidRPr="00D043FE">
        <w:rPr>
          <w:b/>
          <w:sz w:val="20"/>
          <w:lang w:val="es-ES"/>
        </w:rPr>
        <w:t>4.1 PARTICIPACIÓN EN PROYECTOS DE INVESTIGACIÓN</w:t>
      </w:r>
    </w:p>
    <w:p w14:paraId="26797A56" w14:textId="77777777" w:rsidR="006F3A6E" w:rsidRDefault="00D03767">
      <w:pPr>
        <w:spacing w:after="80"/>
        <w:rPr>
          <w:i/>
          <w:sz w:val="17"/>
          <w:lang w:val="es-ES"/>
        </w:rPr>
      </w:pPr>
      <w:r w:rsidRPr="00D043FE">
        <w:rPr>
          <w:i/>
          <w:sz w:val="17"/>
          <w:lang w:val="es-ES"/>
        </w:rPr>
        <w:t>Se podrán incluir un máximo de 5 proyectos. Se considerarán proyectos de I+D de convocatorias públicas autonómicas, nacionales o internacionales y contratos de I+D con empresas vinculados con la tesis.</w:t>
      </w:r>
    </w:p>
    <w:p w14:paraId="20499AA7" w14:textId="77777777" w:rsidR="003C02D5" w:rsidRPr="00D043FE" w:rsidRDefault="003C02D5">
      <w:pPr>
        <w:spacing w:after="80"/>
        <w:rPr>
          <w:lang w:val="es-ES"/>
        </w:rPr>
      </w:pPr>
    </w:p>
    <w:tbl>
      <w:tblPr>
        <w:tblStyle w:val="Tablaconcuadrcula"/>
        <w:tblW w:w="0" w:type="auto"/>
        <w:jc w:val="center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ook w:val="04A0" w:firstRow="1" w:lastRow="0" w:firstColumn="1" w:lastColumn="0" w:noHBand="0" w:noVBand="1"/>
      </w:tblPr>
      <w:tblGrid>
        <w:gridCol w:w="3961"/>
        <w:gridCol w:w="5507"/>
      </w:tblGrid>
      <w:tr w:rsidR="006F3A6E" w14:paraId="7E55DE63" w14:textId="77777777" w:rsidTr="007367B0">
        <w:trPr>
          <w:trHeight w:hRule="exact" w:val="340"/>
          <w:jc w:val="center"/>
        </w:trPr>
        <w:tc>
          <w:tcPr>
            <w:tcW w:w="3961" w:type="dxa"/>
            <w:shd w:val="clear" w:color="auto" w:fill="D9EAF7"/>
            <w:vAlign w:val="center"/>
          </w:tcPr>
          <w:p w14:paraId="1D570BA3" w14:textId="77777777" w:rsidR="006F3A6E" w:rsidRDefault="00D03767">
            <w:r>
              <w:rPr>
                <w:b/>
                <w:sz w:val="17"/>
              </w:rPr>
              <w:t>TÍTULO DEL PROYECTO:</w:t>
            </w:r>
          </w:p>
        </w:tc>
        <w:tc>
          <w:tcPr>
            <w:tcW w:w="5507" w:type="dxa"/>
            <w:vAlign w:val="center"/>
          </w:tcPr>
          <w:p w14:paraId="2F663040" w14:textId="77777777" w:rsidR="006F3A6E" w:rsidRDefault="006F3A6E"/>
        </w:tc>
      </w:tr>
      <w:tr w:rsidR="006F3A6E" w14:paraId="08F4117F" w14:textId="77777777" w:rsidTr="007367B0">
        <w:trPr>
          <w:trHeight w:hRule="exact" w:val="340"/>
          <w:jc w:val="center"/>
        </w:trPr>
        <w:tc>
          <w:tcPr>
            <w:tcW w:w="3961" w:type="dxa"/>
            <w:shd w:val="clear" w:color="auto" w:fill="EDEDED"/>
            <w:vAlign w:val="center"/>
          </w:tcPr>
          <w:p w14:paraId="3F4185AF" w14:textId="77777777" w:rsidR="006F3A6E" w:rsidRDefault="00D03767">
            <w:r>
              <w:rPr>
                <w:b/>
                <w:sz w:val="17"/>
              </w:rPr>
              <w:t>CÓDIGO / REFERENCIA DEL PROYECTO:</w:t>
            </w:r>
          </w:p>
        </w:tc>
        <w:tc>
          <w:tcPr>
            <w:tcW w:w="5507" w:type="dxa"/>
            <w:vAlign w:val="center"/>
          </w:tcPr>
          <w:p w14:paraId="4FB25F05" w14:textId="77777777" w:rsidR="006F3A6E" w:rsidRDefault="006F3A6E"/>
        </w:tc>
      </w:tr>
      <w:tr w:rsidR="006F3A6E" w:rsidRPr="00CC5552" w14:paraId="4C625CAB" w14:textId="77777777" w:rsidTr="007367B0">
        <w:trPr>
          <w:trHeight w:hRule="exact" w:val="1361"/>
          <w:jc w:val="center"/>
        </w:trPr>
        <w:tc>
          <w:tcPr>
            <w:tcW w:w="3961" w:type="dxa"/>
            <w:shd w:val="clear" w:color="auto" w:fill="EDEDED"/>
            <w:vAlign w:val="center"/>
          </w:tcPr>
          <w:p w14:paraId="164FDDFA" w14:textId="77777777" w:rsidR="006F3A6E" w:rsidRDefault="00D03767">
            <w:r>
              <w:rPr>
                <w:b/>
                <w:sz w:val="17"/>
              </w:rPr>
              <w:t>TIPO DE PROYECTO:</w:t>
            </w:r>
          </w:p>
        </w:tc>
        <w:tc>
          <w:tcPr>
            <w:tcW w:w="5507" w:type="dxa"/>
            <w:vAlign w:val="center"/>
          </w:tcPr>
          <w:p w14:paraId="07BA227C" w14:textId="77777777" w:rsidR="007367B0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Internacional   </w:t>
            </w:r>
          </w:p>
          <w:p w14:paraId="742D8332" w14:textId="77777777" w:rsidR="007367B0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Nacional  </w:t>
            </w:r>
          </w:p>
          <w:p w14:paraId="214645DA" w14:textId="77777777" w:rsidR="007367B0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Autonómico   </w:t>
            </w:r>
          </w:p>
          <w:p w14:paraId="42FB8E0D" w14:textId="77777777" w:rsidR="006F3A6E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>☐ Contrato I+D con empresa</w:t>
            </w:r>
          </w:p>
          <w:p w14:paraId="11037313" w14:textId="129ADA43" w:rsidR="007367B0" w:rsidRPr="00D043FE" w:rsidRDefault="007367B0">
            <w:pPr>
              <w:rPr>
                <w:lang w:val="es-ES"/>
              </w:rPr>
            </w:pPr>
          </w:p>
        </w:tc>
      </w:tr>
      <w:tr w:rsidR="006F3A6E" w14:paraId="03267DB7" w14:textId="77777777" w:rsidTr="007367B0">
        <w:trPr>
          <w:trHeight w:hRule="exact" w:val="340"/>
          <w:jc w:val="center"/>
        </w:trPr>
        <w:tc>
          <w:tcPr>
            <w:tcW w:w="3961" w:type="dxa"/>
            <w:shd w:val="clear" w:color="auto" w:fill="EDEDED"/>
            <w:vAlign w:val="center"/>
          </w:tcPr>
          <w:p w14:paraId="7489F1DF" w14:textId="77777777" w:rsidR="006F3A6E" w:rsidRDefault="00D03767">
            <w:r>
              <w:rPr>
                <w:b/>
                <w:sz w:val="17"/>
              </w:rPr>
              <w:t>ENTIDAD FINANCIADORA:</w:t>
            </w:r>
          </w:p>
        </w:tc>
        <w:tc>
          <w:tcPr>
            <w:tcW w:w="5507" w:type="dxa"/>
            <w:vAlign w:val="center"/>
          </w:tcPr>
          <w:p w14:paraId="6B10EB79" w14:textId="77777777" w:rsidR="006F3A6E" w:rsidRDefault="006F3A6E"/>
        </w:tc>
      </w:tr>
      <w:tr w:rsidR="006F3A6E" w14:paraId="3230E10B" w14:textId="77777777" w:rsidTr="007367B0">
        <w:trPr>
          <w:trHeight w:hRule="exact" w:val="340"/>
          <w:jc w:val="center"/>
        </w:trPr>
        <w:tc>
          <w:tcPr>
            <w:tcW w:w="3961" w:type="dxa"/>
            <w:shd w:val="clear" w:color="auto" w:fill="EDEDED"/>
            <w:vAlign w:val="center"/>
          </w:tcPr>
          <w:p w14:paraId="76B19996" w14:textId="77777777" w:rsidR="006F3A6E" w:rsidRDefault="00D03767">
            <w:r>
              <w:rPr>
                <w:b/>
                <w:sz w:val="17"/>
              </w:rPr>
              <w:t>ENTIDADES PARTICIPANTES:</w:t>
            </w:r>
          </w:p>
        </w:tc>
        <w:tc>
          <w:tcPr>
            <w:tcW w:w="5507" w:type="dxa"/>
            <w:vAlign w:val="center"/>
          </w:tcPr>
          <w:p w14:paraId="165E13F8" w14:textId="77777777" w:rsidR="006F3A6E" w:rsidRDefault="006F3A6E"/>
        </w:tc>
      </w:tr>
      <w:tr w:rsidR="006F3A6E" w14:paraId="2C502F81" w14:textId="77777777" w:rsidTr="007367B0">
        <w:trPr>
          <w:trHeight w:hRule="exact" w:val="340"/>
          <w:jc w:val="center"/>
        </w:trPr>
        <w:tc>
          <w:tcPr>
            <w:tcW w:w="3961" w:type="dxa"/>
            <w:shd w:val="clear" w:color="auto" w:fill="EDEDED"/>
            <w:vAlign w:val="center"/>
          </w:tcPr>
          <w:p w14:paraId="18363592" w14:textId="77777777" w:rsidR="006F3A6E" w:rsidRDefault="00D03767">
            <w:r>
              <w:rPr>
                <w:b/>
                <w:sz w:val="17"/>
              </w:rPr>
              <w:t>PRESUPUESTO FINANCIADO TOTAL:</w:t>
            </w:r>
          </w:p>
        </w:tc>
        <w:tc>
          <w:tcPr>
            <w:tcW w:w="5507" w:type="dxa"/>
            <w:vAlign w:val="center"/>
          </w:tcPr>
          <w:p w14:paraId="72B1DBF5" w14:textId="77777777" w:rsidR="006F3A6E" w:rsidRDefault="006F3A6E"/>
        </w:tc>
      </w:tr>
      <w:tr w:rsidR="006F3A6E" w14:paraId="5CF41532" w14:textId="77777777" w:rsidTr="007367B0">
        <w:trPr>
          <w:trHeight w:hRule="exact" w:val="340"/>
          <w:jc w:val="center"/>
        </w:trPr>
        <w:tc>
          <w:tcPr>
            <w:tcW w:w="3961" w:type="dxa"/>
            <w:shd w:val="clear" w:color="auto" w:fill="EDEDED"/>
            <w:vAlign w:val="center"/>
          </w:tcPr>
          <w:p w14:paraId="1B3B381D" w14:textId="77777777" w:rsidR="006F3A6E" w:rsidRDefault="00D03767">
            <w:r>
              <w:rPr>
                <w:b/>
                <w:sz w:val="17"/>
              </w:rPr>
              <w:t>PRESUPUESTO FINANCIADO PARA UPM:</w:t>
            </w:r>
          </w:p>
        </w:tc>
        <w:tc>
          <w:tcPr>
            <w:tcW w:w="5507" w:type="dxa"/>
            <w:vAlign w:val="center"/>
          </w:tcPr>
          <w:p w14:paraId="49E4789E" w14:textId="77777777" w:rsidR="006F3A6E" w:rsidRDefault="006F3A6E"/>
        </w:tc>
      </w:tr>
      <w:tr w:rsidR="006F3A6E" w14:paraId="40AE849F" w14:textId="77777777" w:rsidTr="007367B0">
        <w:trPr>
          <w:trHeight w:hRule="exact" w:val="340"/>
          <w:jc w:val="center"/>
        </w:trPr>
        <w:tc>
          <w:tcPr>
            <w:tcW w:w="3961" w:type="dxa"/>
            <w:shd w:val="clear" w:color="auto" w:fill="EDEDED"/>
            <w:vAlign w:val="center"/>
          </w:tcPr>
          <w:p w14:paraId="1ADE0A2A" w14:textId="77777777" w:rsidR="006F3A6E" w:rsidRDefault="00D03767">
            <w:r>
              <w:rPr>
                <w:b/>
                <w:sz w:val="17"/>
              </w:rPr>
              <w:t>DURACIÓN DEL PROYECTO:</w:t>
            </w:r>
          </w:p>
        </w:tc>
        <w:tc>
          <w:tcPr>
            <w:tcW w:w="5507" w:type="dxa"/>
            <w:vAlign w:val="center"/>
          </w:tcPr>
          <w:p w14:paraId="5338AF6B" w14:textId="77777777" w:rsidR="006F3A6E" w:rsidRDefault="00D03767">
            <w:r>
              <w:rPr>
                <w:sz w:val="17"/>
              </w:rPr>
              <w:t>Desde: ____________   Hasta: ____________</w:t>
            </w:r>
          </w:p>
        </w:tc>
      </w:tr>
      <w:tr w:rsidR="006F3A6E" w14:paraId="02E01083" w14:textId="77777777" w:rsidTr="00DC134C">
        <w:trPr>
          <w:trHeight w:hRule="exact" w:val="680"/>
          <w:jc w:val="center"/>
        </w:trPr>
        <w:tc>
          <w:tcPr>
            <w:tcW w:w="3961" w:type="dxa"/>
            <w:shd w:val="clear" w:color="auto" w:fill="EDEDED"/>
            <w:vAlign w:val="center"/>
          </w:tcPr>
          <w:p w14:paraId="02229F0F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VINCULACIÓN DE LA PERSONA SOLICITANTE:</w:t>
            </w:r>
          </w:p>
        </w:tc>
        <w:tc>
          <w:tcPr>
            <w:tcW w:w="5507" w:type="dxa"/>
            <w:vAlign w:val="center"/>
          </w:tcPr>
          <w:p w14:paraId="053CA705" w14:textId="77777777" w:rsidR="006F3A6E" w:rsidRDefault="00D03767">
            <w:r>
              <w:rPr>
                <w:sz w:val="17"/>
              </w:rPr>
              <w:t>Desde: ____________   Hasta: ____________</w:t>
            </w:r>
          </w:p>
        </w:tc>
      </w:tr>
      <w:tr w:rsidR="006F3A6E" w:rsidRPr="00CC5552" w14:paraId="49D80BF7" w14:textId="77777777" w:rsidTr="001C68E7">
        <w:trPr>
          <w:trHeight w:hRule="exact" w:val="1701"/>
          <w:jc w:val="center"/>
        </w:trPr>
        <w:tc>
          <w:tcPr>
            <w:tcW w:w="3961" w:type="dxa"/>
            <w:shd w:val="clear" w:color="auto" w:fill="EDEDED"/>
            <w:vAlign w:val="center"/>
          </w:tcPr>
          <w:p w14:paraId="68E623B5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ROL DE LA PERSONA SOLICITANTE:</w:t>
            </w:r>
          </w:p>
        </w:tc>
        <w:tc>
          <w:tcPr>
            <w:tcW w:w="5507" w:type="dxa"/>
            <w:vAlign w:val="center"/>
          </w:tcPr>
          <w:p w14:paraId="16AC6C12" w14:textId="3BA393C1" w:rsidR="001C68E7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 </w:t>
            </w:r>
          </w:p>
          <w:p w14:paraId="67DA6E9F" w14:textId="77777777" w:rsidR="001C68E7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Equipo de investigación   </w:t>
            </w:r>
          </w:p>
          <w:p w14:paraId="12B4922C" w14:textId="77777777" w:rsidR="001C68E7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Equipo de trabajo     </w:t>
            </w:r>
          </w:p>
          <w:p w14:paraId="3CDEB583" w14:textId="77777777" w:rsidR="001C68E7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Contratado/a   </w:t>
            </w:r>
          </w:p>
          <w:p w14:paraId="4B3519D4" w14:textId="77777777" w:rsidR="006F3A6E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>☐ Becario/a</w:t>
            </w:r>
          </w:p>
          <w:p w14:paraId="6246A6CF" w14:textId="77777777" w:rsidR="00C85FCB" w:rsidRDefault="00C85FCB" w:rsidP="00C85FCB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IP   </w:t>
            </w:r>
          </w:p>
          <w:p w14:paraId="5FF4B531" w14:textId="3E016E60" w:rsidR="00D03336" w:rsidRPr="00D043FE" w:rsidRDefault="00C85FCB" w:rsidP="00C85FCB">
            <w:pPr>
              <w:rPr>
                <w:lang w:val="es-ES"/>
              </w:rPr>
            </w:pPr>
            <w:r w:rsidRPr="00D043FE">
              <w:rPr>
                <w:sz w:val="17"/>
                <w:lang w:val="es-ES"/>
              </w:rPr>
              <w:t>☐ Investigador/a colaborador/a</w:t>
            </w:r>
            <w:r>
              <w:rPr>
                <w:sz w:val="17"/>
                <w:lang w:val="es-ES"/>
              </w:rPr>
              <w:t xml:space="preserve"> en proyecto privado</w:t>
            </w:r>
          </w:p>
        </w:tc>
      </w:tr>
      <w:tr w:rsidR="006F3A6E" w14:paraId="04E2FD58" w14:textId="77777777" w:rsidTr="007367B0">
        <w:trPr>
          <w:trHeight w:hRule="exact" w:val="340"/>
          <w:jc w:val="center"/>
        </w:trPr>
        <w:tc>
          <w:tcPr>
            <w:tcW w:w="3961" w:type="dxa"/>
            <w:shd w:val="clear" w:color="auto" w:fill="EDEDED"/>
            <w:vAlign w:val="center"/>
          </w:tcPr>
          <w:p w14:paraId="004FE38B" w14:textId="77777777" w:rsidR="006F3A6E" w:rsidRDefault="00D03767">
            <w:r>
              <w:rPr>
                <w:b/>
                <w:sz w:val="17"/>
              </w:rPr>
              <w:t>INVESTIGADOR/A PRINCIPAL:</w:t>
            </w:r>
          </w:p>
        </w:tc>
        <w:tc>
          <w:tcPr>
            <w:tcW w:w="5507" w:type="dxa"/>
            <w:vAlign w:val="center"/>
          </w:tcPr>
          <w:p w14:paraId="13D8F2B0" w14:textId="77777777" w:rsidR="006F3A6E" w:rsidRDefault="006F3A6E"/>
        </w:tc>
      </w:tr>
      <w:tr w:rsidR="006F3A6E" w:rsidRPr="00CC5552" w14:paraId="30E67F01" w14:textId="77777777" w:rsidTr="007367B0">
        <w:trPr>
          <w:trHeight w:hRule="exact" w:val="340"/>
          <w:jc w:val="center"/>
        </w:trPr>
        <w:tc>
          <w:tcPr>
            <w:tcW w:w="3961" w:type="dxa"/>
            <w:shd w:val="clear" w:color="auto" w:fill="EDEDED"/>
            <w:vAlign w:val="center"/>
          </w:tcPr>
          <w:p w14:paraId="131DCBAE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N.º INVESTIGADORES TOTAL / UPM:</w:t>
            </w:r>
          </w:p>
        </w:tc>
        <w:tc>
          <w:tcPr>
            <w:tcW w:w="5507" w:type="dxa"/>
            <w:vAlign w:val="center"/>
          </w:tcPr>
          <w:p w14:paraId="791B8C69" w14:textId="77777777" w:rsidR="006F3A6E" w:rsidRPr="00D043FE" w:rsidRDefault="006F3A6E">
            <w:pPr>
              <w:rPr>
                <w:lang w:val="es-ES"/>
              </w:rPr>
            </w:pPr>
          </w:p>
        </w:tc>
      </w:tr>
      <w:tr w:rsidR="006F3A6E" w:rsidRPr="00D043FE" w14:paraId="4F0B5F3A" w14:textId="77777777" w:rsidTr="00836713">
        <w:trPr>
          <w:trHeight w:hRule="exact" w:val="851"/>
          <w:jc w:val="center"/>
        </w:trPr>
        <w:tc>
          <w:tcPr>
            <w:tcW w:w="3961" w:type="dxa"/>
            <w:shd w:val="clear" w:color="auto" w:fill="EDEDED"/>
            <w:vAlign w:val="center"/>
          </w:tcPr>
          <w:p w14:paraId="15A313C5" w14:textId="77777777" w:rsidR="006F3A6E" w:rsidRDefault="00D03767">
            <w:r>
              <w:rPr>
                <w:b/>
                <w:sz w:val="17"/>
              </w:rPr>
              <w:t>CATEGORÍA ESTIMADA SEGÚN BAREMO:</w:t>
            </w:r>
          </w:p>
        </w:tc>
        <w:tc>
          <w:tcPr>
            <w:tcW w:w="5507" w:type="dxa"/>
            <w:vAlign w:val="center"/>
          </w:tcPr>
          <w:p w14:paraId="688DEFF7" w14:textId="77777777" w:rsidR="00836713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Categoría 1   </w:t>
            </w:r>
          </w:p>
          <w:p w14:paraId="18E29552" w14:textId="77777777" w:rsidR="00836713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Categoría 2   </w:t>
            </w:r>
          </w:p>
          <w:p w14:paraId="2C3A2E35" w14:textId="47872921" w:rsidR="006F3A6E" w:rsidRPr="00D043FE" w:rsidRDefault="00D03767">
            <w:pPr>
              <w:rPr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Categoría 3 </w:t>
            </w:r>
          </w:p>
        </w:tc>
      </w:tr>
      <w:tr w:rsidR="006F3A6E" w:rsidRPr="00CC5552" w14:paraId="4A624419" w14:textId="77777777" w:rsidTr="00CD4042">
        <w:trPr>
          <w:trHeight w:hRule="exact" w:val="680"/>
          <w:jc w:val="center"/>
        </w:trPr>
        <w:tc>
          <w:tcPr>
            <w:tcW w:w="3961" w:type="dxa"/>
            <w:shd w:val="clear" w:color="auto" w:fill="EDEDED"/>
            <w:vAlign w:val="center"/>
          </w:tcPr>
          <w:p w14:paraId="04AD2F96" w14:textId="377C2092" w:rsidR="006F3A6E" w:rsidRPr="00CD4042" w:rsidRDefault="00D03767">
            <w:pPr>
              <w:rPr>
                <w:lang w:val="es-ES"/>
              </w:rPr>
            </w:pPr>
            <w:r w:rsidRPr="00CD4042">
              <w:rPr>
                <w:b/>
                <w:sz w:val="17"/>
                <w:lang w:val="es-ES"/>
              </w:rPr>
              <w:t>ENLACE A</w:t>
            </w:r>
            <w:r w:rsidR="00F039B0" w:rsidRPr="00CD4042">
              <w:rPr>
                <w:b/>
                <w:sz w:val="17"/>
                <w:lang w:val="es-ES"/>
              </w:rPr>
              <w:t xml:space="preserve"> </w:t>
            </w:r>
            <w:r w:rsidRPr="00CD4042">
              <w:rPr>
                <w:b/>
                <w:sz w:val="17"/>
                <w:lang w:val="es-ES"/>
              </w:rPr>
              <w:t>DOCUMENTO</w:t>
            </w:r>
            <w:r w:rsidR="00877020" w:rsidRPr="00CD4042">
              <w:rPr>
                <w:b/>
                <w:sz w:val="17"/>
                <w:lang w:val="es-ES"/>
              </w:rPr>
              <w:t>S</w:t>
            </w:r>
            <w:r w:rsidRPr="00CD4042">
              <w:rPr>
                <w:b/>
                <w:sz w:val="17"/>
                <w:lang w:val="es-ES"/>
              </w:rPr>
              <w:t xml:space="preserve"> ACREDITATIVO</w:t>
            </w:r>
            <w:r w:rsidR="00877020" w:rsidRPr="00CD4042">
              <w:rPr>
                <w:b/>
                <w:sz w:val="17"/>
                <w:lang w:val="es-ES"/>
              </w:rPr>
              <w:t>S</w:t>
            </w:r>
            <w:r w:rsidR="00CD4042" w:rsidRPr="00CD4042">
              <w:rPr>
                <w:b/>
                <w:sz w:val="17"/>
                <w:lang w:val="es-ES"/>
              </w:rPr>
              <w:t xml:space="preserve"> DONDE FIGURE </w:t>
            </w:r>
            <w:r w:rsidR="00A6698A">
              <w:rPr>
                <w:b/>
                <w:sz w:val="17"/>
                <w:lang w:val="es-ES"/>
              </w:rPr>
              <w:t>EL TIPO DE</w:t>
            </w:r>
            <w:r w:rsidR="00CD4042" w:rsidRPr="00CD4042">
              <w:rPr>
                <w:b/>
                <w:sz w:val="17"/>
                <w:lang w:val="es-ES"/>
              </w:rPr>
              <w:t xml:space="preserve"> PARTICIPACIÓN D</w:t>
            </w:r>
            <w:r w:rsidR="00CD4042">
              <w:rPr>
                <w:b/>
                <w:sz w:val="17"/>
                <w:lang w:val="es-ES"/>
              </w:rPr>
              <w:t>E LA PERSONA SOLICITANTE</w:t>
            </w:r>
            <w:r w:rsidRPr="00CD4042">
              <w:rPr>
                <w:b/>
                <w:sz w:val="17"/>
                <w:lang w:val="es-ES"/>
              </w:rPr>
              <w:t>:</w:t>
            </w:r>
          </w:p>
        </w:tc>
        <w:tc>
          <w:tcPr>
            <w:tcW w:w="5507" w:type="dxa"/>
            <w:vAlign w:val="center"/>
          </w:tcPr>
          <w:p w14:paraId="03074EAF" w14:textId="77777777" w:rsidR="006F3A6E" w:rsidRPr="00CD4042" w:rsidRDefault="006F3A6E">
            <w:pPr>
              <w:rPr>
                <w:lang w:val="es-ES"/>
              </w:rPr>
            </w:pPr>
          </w:p>
        </w:tc>
      </w:tr>
      <w:tr w:rsidR="006F3A6E" w:rsidRPr="00CC5552" w14:paraId="1FD08DFE" w14:textId="77777777" w:rsidTr="005A782D">
        <w:trPr>
          <w:trHeight w:hRule="exact" w:val="1021"/>
          <w:jc w:val="center"/>
        </w:trPr>
        <w:tc>
          <w:tcPr>
            <w:tcW w:w="3961" w:type="dxa"/>
            <w:shd w:val="clear" w:color="auto" w:fill="EDEDED"/>
            <w:vAlign w:val="center"/>
          </w:tcPr>
          <w:p w14:paraId="36DB5996" w14:textId="77777777" w:rsidR="006F3A6E" w:rsidRDefault="00D03767">
            <w:r>
              <w:rPr>
                <w:b/>
                <w:sz w:val="17"/>
              </w:rPr>
              <w:t>VINCULACIÓN CON LA TESIS:</w:t>
            </w:r>
          </w:p>
        </w:tc>
        <w:tc>
          <w:tcPr>
            <w:tcW w:w="5507" w:type="dxa"/>
            <w:vAlign w:val="center"/>
          </w:tcPr>
          <w:p w14:paraId="1808AC8E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sz w:val="17"/>
                <w:lang w:val="es-ES"/>
              </w:rPr>
              <w:t>Mismos objetivos, casos de estudio, métodos, datos, resultados, etc.</w:t>
            </w:r>
          </w:p>
        </w:tc>
      </w:tr>
    </w:tbl>
    <w:p w14:paraId="1EE40AEA" w14:textId="77777777" w:rsidR="006F3A6E" w:rsidRPr="00D043FE" w:rsidRDefault="00D03767">
      <w:pPr>
        <w:rPr>
          <w:lang w:val="es-ES"/>
        </w:rPr>
      </w:pPr>
      <w:r w:rsidRPr="00D043FE">
        <w:rPr>
          <w:lang w:val="es-ES"/>
        </w:rPr>
        <w:br w:type="page"/>
      </w:r>
    </w:p>
    <w:p w14:paraId="2D836AFB" w14:textId="77777777" w:rsidR="006F3A6E" w:rsidRPr="00D043FE" w:rsidRDefault="00D03767">
      <w:pPr>
        <w:spacing w:before="120" w:after="60"/>
        <w:rPr>
          <w:lang w:val="es-ES"/>
        </w:rPr>
      </w:pPr>
      <w:r w:rsidRPr="00D043FE">
        <w:rPr>
          <w:b/>
          <w:sz w:val="20"/>
          <w:lang w:val="es-ES"/>
        </w:rPr>
        <w:lastRenderedPageBreak/>
        <w:t>4.2 BECAS Y CONTRATOS</w:t>
      </w:r>
    </w:p>
    <w:p w14:paraId="25ABECF6" w14:textId="3BA3DAA4" w:rsidR="006F3A6E" w:rsidRPr="00D043FE" w:rsidRDefault="00D03767">
      <w:pPr>
        <w:spacing w:after="80"/>
        <w:rPr>
          <w:lang w:val="es-ES"/>
        </w:rPr>
      </w:pPr>
      <w:r w:rsidRPr="00D043FE">
        <w:rPr>
          <w:i/>
          <w:sz w:val="17"/>
          <w:lang w:val="es-ES"/>
        </w:rPr>
        <w:t>Se podrá</w:t>
      </w:r>
      <w:r w:rsidR="005431D1">
        <w:rPr>
          <w:i/>
          <w:sz w:val="17"/>
          <w:lang w:val="es-ES"/>
        </w:rPr>
        <w:t xml:space="preserve"> incluir una única contribución</w:t>
      </w:r>
      <w:r w:rsidRPr="00D043FE">
        <w:rPr>
          <w:i/>
          <w:sz w:val="17"/>
          <w:lang w:val="es-ES"/>
        </w:rPr>
        <w:t>. No se valorará simultáneamente el mismo mérito en el apartado de proyectos.</w:t>
      </w:r>
    </w:p>
    <w:tbl>
      <w:tblPr>
        <w:tblStyle w:val="Tablaconcuadrcula"/>
        <w:tblW w:w="0" w:type="auto"/>
        <w:jc w:val="center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ook w:val="04A0" w:firstRow="1" w:lastRow="0" w:firstColumn="1" w:lastColumn="0" w:noHBand="0" w:noVBand="1"/>
      </w:tblPr>
      <w:tblGrid>
        <w:gridCol w:w="4387"/>
        <w:gridCol w:w="5081"/>
      </w:tblGrid>
      <w:tr w:rsidR="006F3A6E" w:rsidRPr="00CC5552" w14:paraId="62095812" w14:textId="77777777" w:rsidTr="00FB49DD">
        <w:trPr>
          <w:trHeight w:hRule="exact" w:val="340"/>
          <w:jc w:val="center"/>
        </w:trPr>
        <w:tc>
          <w:tcPr>
            <w:tcW w:w="4387" w:type="dxa"/>
            <w:shd w:val="clear" w:color="auto" w:fill="D9EAF7"/>
            <w:vAlign w:val="center"/>
          </w:tcPr>
          <w:p w14:paraId="4FAE61AC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DENOMINACIÓN DE LA BECA O CONTRATO:</w:t>
            </w:r>
          </w:p>
        </w:tc>
        <w:tc>
          <w:tcPr>
            <w:tcW w:w="5081" w:type="dxa"/>
            <w:vAlign w:val="center"/>
          </w:tcPr>
          <w:p w14:paraId="6FE5E82F" w14:textId="77777777" w:rsidR="006F3A6E" w:rsidRPr="00D043FE" w:rsidRDefault="006F3A6E">
            <w:pPr>
              <w:rPr>
                <w:lang w:val="es-ES"/>
              </w:rPr>
            </w:pPr>
          </w:p>
        </w:tc>
      </w:tr>
      <w:tr w:rsidR="006F3A6E" w:rsidRPr="00D043FE" w14:paraId="424ACADB" w14:textId="77777777" w:rsidTr="005E330E">
        <w:trPr>
          <w:trHeight w:hRule="exact" w:val="1701"/>
          <w:jc w:val="center"/>
        </w:trPr>
        <w:tc>
          <w:tcPr>
            <w:tcW w:w="4387" w:type="dxa"/>
            <w:shd w:val="clear" w:color="auto" w:fill="EDEDED"/>
            <w:vAlign w:val="center"/>
          </w:tcPr>
          <w:p w14:paraId="1B849444" w14:textId="77777777" w:rsidR="006F3A6E" w:rsidRDefault="00D03767">
            <w:r>
              <w:rPr>
                <w:b/>
                <w:sz w:val="17"/>
              </w:rPr>
              <w:t>TIPO:</w:t>
            </w:r>
          </w:p>
        </w:tc>
        <w:tc>
          <w:tcPr>
            <w:tcW w:w="5081" w:type="dxa"/>
            <w:vAlign w:val="center"/>
          </w:tcPr>
          <w:p w14:paraId="71C8B35F" w14:textId="77777777" w:rsidR="005E330E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FPU   ☐ FPI </w:t>
            </w:r>
          </w:p>
          <w:p w14:paraId="6E7E4514" w14:textId="6F4665B4" w:rsidR="005E330E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>☐ Convocatoria</w:t>
            </w:r>
            <w:r w:rsidR="00644E1E">
              <w:rPr>
                <w:sz w:val="17"/>
                <w:lang w:val="es-ES"/>
              </w:rPr>
              <w:t xml:space="preserve"> </w:t>
            </w:r>
            <w:r w:rsidRPr="00D043FE">
              <w:rPr>
                <w:sz w:val="17"/>
                <w:lang w:val="es-ES"/>
              </w:rPr>
              <w:t xml:space="preserve">UPM   </w:t>
            </w:r>
          </w:p>
          <w:p w14:paraId="40BBCCEF" w14:textId="77777777" w:rsidR="005E330E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Comunidad de Madrid   </w:t>
            </w:r>
          </w:p>
          <w:p w14:paraId="606A4D16" w14:textId="01EC931C" w:rsidR="005E330E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Contrato predoctoral   </w:t>
            </w:r>
          </w:p>
          <w:p w14:paraId="78AF0DD7" w14:textId="77777777" w:rsidR="005E330E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Contrato de ayudante   </w:t>
            </w:r>
          </w:p>
          <w:p w14:paraId="5E429F16" w14:textId="77777777" w:rsidR="005E330E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Fulbright   ☐ La Caixa   </w:t>
            </w:r>
          </w:p>
          <w:p w14:paraId="4838B37E" w14:textId="3CDE060E" w:rsidR="006F3A6E" w:rsidRPr="00D043FE" w:rsidRDefault="00D03767">
            <w:pPr>
              <w:rPr>
                <w:lang w:val="es-ES"/>
              </w:rPr>
            </w:pPr>
            <w:r w:rsidRPr="00D043FE">
              <w:rPr>
                <w:sz w:val="17"/>
                <w:lang w:val="es-ES"/>
              </w:rPr>
              <w:t>☐ Otra</w:t>
            </w:r>
            <w:r w:rsidR="005E330E">
              <w:rPr>
                <w:sz w:val="17"/>
                <w:lang w:val="es-ES"/>
              </w:rPr>
              <w:t>:</w:t>
            </w:r>
          </w:p>
        </w:tc>
      </w:tr>
      <w:tr w:rsidR="006F3A6E" w14:paraId="37DF26F9" w14:textId="77777777" w:rsidTr="00FB49DD">
        <w:trPr>
          <w:trHeight w:hRule="exact" w:val="340"/>
          <w:jc w:val="center"/>
        </w:trPr>
        <w:tc>
          <w:tcPr>
            <w:tcW w:w="4387" w:type="dxa"/>
            <w:shd w:val="clear" w:color="auto" w:fill="EDEDED"/>
            <w:vAlign w:val="center"/>
          </w:tcPr>
          <w:p w14:paraId="4A55047B" w14:textId="77777777" w:rsidR="006F3A6E" w:rsidRDefault="00D03767">
            <w:r>
              <w:rPr>
                <w:b/>
                <w:sz w:val="17"/>
              </w:rPr>
              <w:t>ORGANISMO / ENTIDAD CONCEDENTE:</w:t>
            </w:r>
          </w:p>
        </w:tc>
        <w:tc>
          <w:tcPr>
            <w:tcW w:w="5081" w:type="dxa"/>
            <w:vAlign w:val="center"/>
          </w:tcPr>
          <w:p w14:paraId="3A99C31E" w14:textId="77777777" w:rsidR="006F3A6E" w:rsidRDefault="006F3A6E"/>
        </w:tc>
      </w:tr>
      <w:tr w:rsidR="006F3A6E" w14:paraId="7DBB2A90" w14:textId="77777777" w:rsidTr="00FB49DD">
        <w:trPr>
          <w:trHeight w:hRule="exact" w:val="340"/>
          <w:jc w:val="center"/>
        </w:trPr>
        <w:tc>
          <w:tcPr>
            <w:tcW w:w="4387" w:type="dxa"/>
            <w:shd w:val="clear" w:color="auto" w:fill="EDEDED"/>
            <w:vAlign w:val="center"/>
          </w:tcPr>
          <w:p w14:paraId="06E6E678" w14:textId="77777777" w:rsidR="006F3A6E" w:rsidRDefault="00D03767">
            <w:r>
              <w:rPr>
                <w:b/>
                <w:sz w:val="17"/>
              </w:rPr>
              <w:t>FECHA DE CONCESIÓN:</w:t>
            </w:r>
          </w:p>
        </w:tc>
        <w:tc>
          <w:tcPr>
            <w:tcW w:w="5081" w:type="dxa"/>
            <w:vAlign w:val="center"/>
          </w:tcPr>
          <w:p w14:paraId="63242C0F" w14:textId="77777777" w:rsidR="006F3A6E" w:rsidRDefault="006F3A6E"/>
        </w:tc>
      </w:tr>
      <w:tr w:rsidR="006F3A6E" w14:paraId="20232F60" w14:textId="77777777" w:rsidTr="00FB49DD">
        <w:trPr>
          <w:trHeight w:hRule="exact" w:val="340"/>
          <w:jc w:val="center"/>
        </w:trPr>
        <w:tc>
          <w:tcPr>
            <w:tcW w:w="4387" w:type="dxa"/>
            <w:shd w:val="clear" w:color="auto" w:fill="EDEDED"/>
            <w:vAlign w:val="center"/>
          </w:tcPr>
          <w:p w14:paraId="105CE4D4" w14:textId="77777777" w:rsidR="006F3A6E" w:rsidRDefault="00D03767">
            <w:r>
              <w:rPr>
                <w:b/>
                <w:sz w:val="17"/>
              </w:rPr>
              <w:t>PERÍODO DE DISFRUTE:</w:t>
            </w:r>
          </w:p>
        </w:tc>
        <w:tc>
          <w:tcPr>
            <w:tcW w:w="5081" w:type="dxa"/>
            <w:vAlign w:val="center"/>
          </w:tcPr>
          <w:p w14:paraId="56C35F13" w14:textId="77777777" w:rsidR="006F3A6E" w:rsidRDefault="00D03767">
            <w:r>
              <w:rPr>
                <w:sz w:val="17"/>
              </w:rPr>
              <w:t>Desde: ____________   Hasta: ____________</w:t>
            </w:r>
          </w:p>
        </w:tc>
      </w:tr>
      <w:tr w:rsidR="006F3A6E" w14:paraId="141D1715" w14:textId="77777777" w:rsidTr="00FB49DD">
        <w:trPr>
          <w:trHeight w:hRule="exact" w:val="340"/>
          <w:jc w:val="center"/>
        </w:trPr>
        <w:tc>
          <w:tcPr>
            <w:tcW w:w="4387" w:type="dxa"/>
            <w:shd w:val="clear" w:color="auto" w:fill="EDEDED"/>
            <w:vAlign w:val="center"/>
          </w:tcPr>
          <w:p w14:paraId="00DD36B1" w14:textId="77777777" w:rsidR="006F3A6E" w:rsidRDefault="00D03767">
            <w:r>
              <w:rPr>
                <w:b/>
                <w:sz w:val="17"/>
              </w:rPr>
              <w:t>DURACIÓN TOTAL:</w:t>
            </w:r>
          </w:p>
        </w:tc>
        <w:tc>
          <w:tcPr>
            <w:tcW w:w="5081" w:type="dxa"/>
            <w:vAlign w:val="center"/>
          </w:tcPr>
          <w:p w14:paraId="4187DC59" w14:textId="77777777" w:rsidR="006F3A6E" w:rsidRDefault="006F3A6E"/>
        </w:tc>
      </w:tr>
      <w:tr w:rsidR="006F3A6E" w14:paraId="10057ABA" w14:textId="77777777" w:rsidTr="00FB49DD">
        <w:trPr>
          <w:trHeight w:hRule="exact" w:val="340"/>
          <w:jc w:val="center"/>
        </w:trPr>
        <w:tc>
          <w:tcPr>
            <w:tcW w:w="4387" w:type="dxa"/>
            <w:shd w:val="clear" w:color="auto" w:fill="EDEDED"/>
            <w:vAlign w:val="center"/>
          </w:tcPr>
          <w:p w14:paraId="33D0BC8D" w14:textId="77777777" w:rsidR="006F3A6E" w:rsidRPr="00D043FE" w:rsidRDefault="00D03767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ASOCIADA A PROYECTO DE INVESTIGACIÓN:</w:t>
            </w:r>
          </w:p>
        </w:tc>
        <w:tc>
          <w:tcPr>
            <w:tcW w:w="5081" w:type="dxa"/>
            <w:vAlign w:val="center"/>
          </w:tcPr>
          <w:p w14:paraId="69DE4B8E" w14:textId="77777777" w:rsidR="006F3A6E" w:rsidRDefault="00D03767">
            <w:r>
              <w:rPr>
                <w:sz w:val="17"/>
              </w:rPr>
              <w:t>☐ Sí   ☐ No   Código proyecto: ____________________</w:t>
            </w:r>
          </w:p>
        </w:tc>
      </w:tr>
      <w:tr w:rsidR="006F3A6E" w14:paraId="75163CE6" w14:textId="77777777" w:rsidTr="00FB49DD">
        <w:trPr>
          <w:trHeight w:hRule="exact" w:val="340"/>
          <w:jc w:val="center"/>
        </w:trPr>
        <w:tc>
          <w:tcPr>
            <w:tcW w:w="4387" w:type="dxa"/>
            <w:shd w:val="clear" w:color="auto" w:fill="EDEDED"/>
            <w:vAlign w:val="center"/>
          </w:tcPr>
          <w:p w14:paraId="3D41F9E0" w14:textId="77777777" w:rsidR="006F3A6E" w:rsidRDefault="00D03767">
            <w:r>
              <w:rPr>
                <w:b/>
                <w:sz w:val="17"/>
              </w:rPr>
              <w:t>ENLACE AL DOCUMENTO ACREDITATIVO:</w:t>
            </w:r>
          </w:p>
        </w:tc>
        <w:tc>
          <w:tcPr>
            <w:tcW w:w="5081" w:type="dxa"/>
            <w:vAlign w:val="center"/>
          </w:tcPr>
          <w:p w14:paraId="271BEB15" w14:textId="77777777" w:rsidR="006F3A6E" w:rsidRDefault="006F3A6E"/>
        </w:tc>
      </w:tr>
      <w:tr w:rsidR="006F3A6E" w14:paraId="50CC38EC" w14:textId="77777777" w:rsidTr="00AB2088">
        <w:trPr>
          <w:trHeight w:hRule="exact" w:val="1021"/>
          <w:jc w:val="center"/>
        </w:trPr>
        <w:tc>
          <w:tcPr>
            <w:tcW w:w="4387" w:type="dxa"/>
            <w:shd w:val="clear" w:color="auto" w:fill="EDEDED"/>
            <w:vAlign w:val="center"/>
          </w:tcPr>
          <w:p w14:paraId="712B2D33" w14:textId="77777777" w:rsidR="006F3A6E" w:rsidRDefault="00D03767">
            <w:r>
              <w:rPr>
                <w:b/>
                <w:sz w:val="17"/>
              </w:rPr>
              <w:t>VINCULACIÓN CON LA TESIS:</w:t>
            </w:r>
          </w:p>
        </w:tc>
        <w:tc>
          <w:tcPr>
            <w:tcW w:w="5081" w:type="dxa"/>
            <w:vAlign w:val="center"/>
          </w:tcPr>
          <w:p w14:paraId="2072023A" w14:textId="77777777" w:rsidR="006F3A6E" w:rsidRDefault="00D03767">
            <w:r>
              <w:rPr>
                <w:sz w:val="17"/>
              </w:rPr>
              <w:t>Máx. 50 palabras</w:t>
            </w:r>
          </w:p>
        </w:tc>
      </w:tr>
    </w:tbl>
    <w:p w14:paraId="6D05CB3E" w14:textId="77777777" w:rsidR="00D81D0C" w:rsidRDefault="00D81D0C">
      <w:pPr>
        <w:spacing w:before="160" w:after="80"/>
        <w:rPr>
          <w:b/>
          <w:color w:val="0070C0"/>
          <w:sz w:val="22"/>
        </w:rPr>
      </w:pPr>
    </w:p>
    <w:p w14:paraId="15363278" w14:textId="77777777" w:rsidR="00D81D0C" w:rsidRDefault="00D81D0C">
      <w:pPr>
        <w:spacing w:before="160" w:after="80"/>
        <w:rPr>
          <w:b/>
          <w:color w:val="0070C0"/>
          <w:sz w:val="22"/>
        </w:rPr>
      </w:pPr>
    </w:p>
    <w:p w14:paraId="7A9B053C" w14:textId="77777777" w:rsidR="00D81D0C" w:rsidRDefault="00D81D0C">
      <w:pPr>
        <w:spacing w:before="160" w:after="80"/>
        <w:rPr>
          <w:b/>
          <w:color w:val="0070C0"/>
          <w:sz w:val="22"/>
        </w:rPr>
      </w:pPr>
    </w:p>
    <w:p w14:paraId="27066619" w14:textId="77777777" w:rsidR="00D81D0C" w:rsidRDefault="00D81D0C">
      <w:pPr>
        <w:spacing w:before="160" w:after="80"/>
        <w:rPr>
          <w:b/>
          <w:color w:val="0070C0"/>
          <w:sz w:val="22"/>
        </w:rPr>
      </w:pPr>
    </w:p>
    <w:p w14:paraId="7482281C" w14:textId="77777777" w:rsidR="00A21DBF" w:rsidRDefault="00A21DBF">
      <w:pPr>
        <w:spacing w:before="160" w:after="80"/>
        <w:rPr>
          <w:b/>
          <w:color w:val="0070C0"/>
          <w:sz w:val="22"/>
        </w:rPr>
      </w:pPr>
    </w:p>
    <w:p w14:paraId="6865BC46" w14:textId="77777777" w:rsidR="00A21DBF" w:rsidRDefault="00A21DBF">
      <w:pPr>
        <w:spacing w:before="160" w:after="80"/>
        <w:rPr>
          <w:b/>
          <w:color w:val="0070C0"/>
          <w:sz w:val="22"/>
        </w:rPr>
      </w:pPr>
    </w:p>
    <w:p w14:paraId="44785996" w14:textId="77777777" w:rsidR="00A21DBF" w:rsidRDefault="00A21DBF">
      <w:pPr>
        <w:spacing w:before="160" w:after="80"/>
        <w:rPr>
          <w:b/>
          <w:color w:val="0070C0"/>
          <w:sz w:val="22"/>
        </w:rPr>
      </w:pPr>
    </w:p>
    <w:p w14:paraId="3A51BFC4" w14:textId="77777777" w:rsidR="00A21DBF" w:rsidRDefault="00A21DBF">
      <w:pPr>
        <w:spacing w:before="160" w:after="80"/>
        <w:rPr>
          <w:b/>
          <w:color w:val="0070C0"/>
          <w:sz w:val="22"/>
        </w:rPr>
      </w:pPr>
    </w:p>
    <w:p w14:paraId="607AE148" w14:textId="77777777" w:rsidR="00A21DBF" w:rsidRDefault="00A21DBF">
      <w:pPr>
        <w:spacing w:before="160" w:after="80"/>
        <w:rPr>
          <w:b/>
          <w:color w:val="0070C0"/>
          <w:sz w:val="22"/>
        </w:rPr>
      </w:pPr>
    </w:p>
    <w:p w14:paraId="4FF70140" w14:textId="77777777" w:rsidR="00A21DBF" w:rsidRDefault="00A21DBF">
      <w:pPr>
        <w:spacing w:before="160" w:after="80"/>
        <w:rPr>
          <w:b/>
          <w:color w:val="0070C0"/>
          <w:sz w:val="22"/>
        </w:rPr>
      </w:pPr>
    </w:p>
    <w:p w14:paraId="2DCEF5D1" w14:textId="77777777" w:rsidR="00A21DBF" w:rsidRDefault="00A21DBF">
      <w:pPr>
        <w:spacing w:before="160" w:after="80"/>
        <w:rPr>
          <w:b/>
          <w:color w:val="0070C0"/>
          <w:sz w:val="22"/>
        </w:rPr>
      </w:pPr>
    </w:p>
    <w:p w14:paraId="5955D45E" w14:textId="77777777" w:rsidR="00D81D0C" w:rsidRDefault="00D81D0C">
      <w:pPr>
        <w:spacing w:before="160" w:after="80"/>
        <w:rPr>
          <w:b/>
          <w:color w:val="0070C0"/>
          <w:sz w:val="22"/>
        </w:rPr>
      </w:pPr>
    </w:p>
    <w:p w14:paraId="4B743047" w14:textId="77777777" w:rsidR="001661D5" w:rsidRDefault="001661D5">
      <w:pPr>
        <w:spacing w:before="160" w:after="80"/>
        <w:rPr>
          <w:b/>
          <w:color w:val="0070C0"/>
          <w:sz w:val="22"/>
        </w:rPr>
      </w:pPr>
    </w:p>
    <w:p w14:paraId="250EB809" w14:textId="77777777" w:rsidR="00D81D0C" w:rsidRDefault="00D81D0C">
      <w:pPr>
        <w:spacing w:before="160" w:after="80"/>
        <w:rPr>
          <w:b/>
          <w:color w:val="0070C0"/>
          <w:sz w:val="22"/>
        </w:rPr>
      </w:pPr>
    </w:p>
    <w:p w14:paraId="45B08502" w14:textId="4CC10CA3" w:rsidR="006F3A6E" w:rsidRDefault="00D03767">
      <w:pPr>
        <w:spacing w:before="160" w:after="80"/>
      </w:pPr>
      <w:r>
        <w:rPr>
          <w:b/>
          <w:color w:val="0070C0"/>
          <w:sz w:val="22"/>
        </w:rPr>
        <w:lastRenderedPageBreak/>
        <w:t>5. PREMIOS</w:t>
      </w:r>
    </w:p>
    <w:p w14:paraId="1FEB7E50" w14:textId="77777777" w:rsidR="006F3A6E" w:rsidRDefault="00D03767">
      <w:pPr>
        <w:spacing w:after="80"/>
        <w:rPr>
          <w:i/>
          <w:sz w:val="17"/>
          <w:lang w:val="es-ES"/>
        </w:rPr>
      </w:pPr>
      <w:r w:rsidRPr="00D043FE">
        <w:rPr>
          <w:i/>
          <w:sz w:val="17"/>
          <w:lang w:val="es-ES"/>
        </w:rPr>
        <w:t>Se podrán incluir un máximo de 3 aportaciones. Serán objeto de valoración los premios directamente relacionados con la tesis doctoral o con su ámbito de investigación.</w:t>
      </w:r>
    </w:p>
    <w:p w14:paraId="1572F2D4" w14:textId="77777777" w:rsidR="00A21DBF" w:rsidRPr="00D043FE" w:rsidRDefault="00A21DBF">
      <w:pPr>
        <w:spacing w:after="80"/>
        <w:rPr>
          <w:lang w:val="es-ES"/>
        </w:rPr>
      </w:pPr>
    </w:p>
    <w:tbl>
      <w:tblPr>
        <w:tblStyle w:val="Tablaconcuadrcula"/>
        <w:tblW w:w="0" w:type="auto"/>
        <w:jc w:val="center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ook w:val="04A0" w:firstRow="1" w:lastRow="0" w:firstColumn="1" w:lastColumn="0" w:noHBand="0" w:noVBand="1"/>
      </w:tblPr>
      <w:tblGrid>
        <w:gridCol w:w="3572"/>
        <w:gridCol w:w="5896"/>
      </w:tblGrid>
      <w:tr w:rsidR="006F3A6E" w14:paraId="6C870BAE" w14:textId="77777777" w:rsidTr="004E68F1">
        <w:trPr>
          <w:trHeight w:hRule="exact" w:val="340"/>
          <w:jc w:val="center"/>
        </w:trPr>
        <w:tc>
          <w:tcPr>
            <w:tcW w:w="3572" w:type="dxa"/>
            <w:shd w:val="clear" w:color="auto" w:fill="D9EAF7"/>
            <w:vAlign w:val="center"/>
          </w:tcPr>
          <w:p w14:paraId="28597BB6" w14:textId="77777777" w:rsidR="006F3A6E" w:rsidRDefault="00D03767">
            <w:r>
              <w:rPr>
                <w:b/>
                <w:sz w:val="17"/>
              </w:rPr>
              <w:t>NOMBRE DEL PREMIO:</w:t>
            </w:r>
          </w:p>
        </w:tc>
        <w:tc>
          <w:tcPr>
            <w:tcW w:w="5896" w:type="dxa"/>
            <w:vAlign w:val="center"/>
          </w:tcPr>
          <w:p w14:paraId="0BEBB4E2" w14:textId="77777777" w:rsidR="006F3A6E" w:rsidRDefault="006F3A6E"/>
        </w:tc>
      </w:tr>
      <w:tr w:rsidR="006F3A6E" w14:paraId="0A9AF32E" w14:textId="77777777" w:rsidTr="004E68F1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13D7FA4A" w14:textId="77777777" w:rsidR="006F3A6E" w:rsidRDefault="00D03767">
            <w:r>
              <w:rPr>
                <w:b/>
                <w:sz w:val="17"/>
              </w:rPr>
              <w:t>ENTIDAD OTORGANTE:</w:t>
            </w:r>
          </w:p>
        </w:tc>
        <w:tc>
          <w:tcPr>
            <w:tcW w:w="5896" w:type="dxa"/>
            <w:vAlign w:val="center"/>
          </w:tcPr>
          <w:p w14:paraId="5FA9A7E5" w14:textId="77777777" w:rsidR="006F3A6E" w:rsidRDefault="006F3A6E"/>
        </w:tc>
      </w:tr>
      <w:tr w:rsidR="006F3A6E" w14:paraId="4DF788C8" w14:textId="77777777" w:rsidTr="004E68F1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756FF044" w14:textId="77777777" w:rsidR="006F3A6E" w:rsidRDefault="00D03767">
            <w:r>
              <w:rPr>
                <w:b/>
                <w:sz w:val="17"/>
              </w:rPr>
              <w:t>FECHA DE CONCESIÓN:</w:t>
            </w:r>
          </w:p>
        </w:tc>
        <w:tc>
          <w:tcPr>
            <w:tcW w:w="5896" w:type="dxa"/>
            <w:vAlign w:val="center"/>
          </w:tcPr>
          <w:p w14:paraId="6261689F" w14:textId="77777777" w:rsidR="006F3A6E" w:rsidRDefault="006F3A6E"/>
        </w:tc>
      </w:tr>
      <w:tr w:rsidR="006F3A6E" w:rsidRPr="00D043FE" w14:paraId="22210B85" w14:textId="77777777" w:rsidTr="00D30BE5">
        <w:trPr>
          <w:trHeight w:hRule="exact" w:val="851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2C474583" w14:textId="77777777" w:rsidR="006F3A6E" w:rsidRDefault="00D03767">
            <w:r>
              <w:rPr>
                <w:b/>
                <w:sz w:val="17"/>
              </w:rPr>
              <w:t>MODALIDAD:</w:t>
            </w:r>
          </w:p>
        </w:tc>
        <w:tc>
          <w:tcPr>
            <w:tcW w:w="5896" w:type="dxa"/>
            <w:vAlign w:val="center"/>
          </w:tcPr>
          <w:p w14:paraId="1E3C3330" w14:textId="77777777" w:rsidR="00E3346F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Premio específico por la calidad de la tesis   </w:t>
            </w:r>
          </w:p>
          <w:p w14:paraId="23298ACB" w14:textId="77777777" w:rsidR="00E3346F" w:rsidRDefault="00D03767">
            <w:pPr>
              <w:rPr>
                <w:sz w:val="17"/>
                <w:lang w:val="es-ES"/>
              </w:rPr>
            </w:pPr>
            <w:r w:rsidRPr="00D043FE">
              <w:rPr>
                <w:sz w:val="17"/>
                <w:lang w:val="es-ES"/>
              </w:rPr>
              <w:t xml:space="preserve">☐ Premio vinculado al objeto de estudio   </w:t>
            </w:r>
          </w:p>
          <w:p w14:paraId="454278CC" w14:textId="0684792E" w:rsidR="006F3A6E" w:rsidRPr="00D043FE" w:rsidRDefault="00D03767">
            <w:pPr>
              <w:rPr>
                <w:lang w:val="es-ES"/>
              </w:rPr>
            </w:pPr>
            <w:r w:rsidRPr="00D043FE">
              <w:rPr>
                <w:sz w:val="17"/>
                <w:lang w:val="es-ES"/>
              </w:rPr>
              <w:t>☐ Finalista</w:t>
            </w:r>
          </w:p>
        </w:tc>
      </w:tr>
      <w:tr w:rsidR="006F3A6E" w14:paraId="14B0AA94" w14:textId="77777777" w:rsidTr="004E68F1">
        <w:trPr>
          <w:trHeight w:hRule="exact" w:val="34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2334455B" w14:textId="77777777" w:rsidR="006F3A6E" w:rsidRDefault="00D03767">
            <w:r>
              <w:rPr>
                <w:b/>
                <w:sz w:val="17"/>
              </w:rPr>
              <w:t>DESCRIPCIÓN DEL MÉRITO:</w:t>
            </w:r>
          </w:p>
        </w:tc>
        <w:tc>
          <w:tcPr>
            <w:tcW w:w="5896" w:type="dxa"/>
            <w:vAlign w:val="center"/>
          </w:tcPr>
          <w:p w14:paraId="27557686" w14:textId="77777777" w:rsidR="006F3A6E" w:rsidRDefault="006F3A6E"/>
        </w:tc>
      </w:tr>
      <w:tr w:rsidR="006F3A6E" w14:paraId="54FE3658" w14:textId="77777777" w:rsidTr="00D30BE5">
        <w:trPr>
          <w:trHeight w:hRule="exact" w:val="68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588CB692" w14:textId="77777777" w:rsidR="006F3A6E" w:rsidRDefault="00D03767">
            <w:r>
              <w:rPr>
                <w:b/>
                <w:sz w:val="17"/>
              </w:rPr>
              <w:t>ENLACE AL DOCUMENTO ACREDITATIVO:</w:t>
            </w:r>
          </w:p>
        </w:tc>
        <w:tc>
          <w:tcPr>
            <w:tcW w:w="5896" w:type="dxa"/>
            <w:vAlign w:val="center"/>
          </w:tcPr>
          <w:p w14:paraId="2944F1D5" w14:textId="77777777" w:rsidR="006F3A6E" w:rsidRDefault="006F3A6E"/>
        </w:tc>
      </w:tr>
    </w:tbl>
    <w:p w14:paraId="58510126" w14:textId="77777777" w:rsidR="006F3A6E" w:rsidRDefault="00D03767">
      <w:r>
        <w:br w:type="page"/>
      </w:r>
    </w:p>
    <w:p w14:paraId="36A5F9A7" w14:textId="77777777" w:rsidR="006F3A6E" w:rsidRDefault="00D03767">
      <w:pPr>
        <w:spacing w:before="160" w:after="80"/>
      </w:pPr>
      <w:r>
        <w:rPr>
          <w:b/>
          <w:color w:val="0070C0"/>
          <w:sz w:val="22"/>
        </w:rPr>
        <w:lastRenderedPageBreak/>
        <w:t>6. CITAS</w:t>
      </w:r>
    </w:p>
    <w:tbl>
      <w:tblPr>
        <w:tblW w:w="0" w:type="auto"/>
        <w:jc w:val="center"/>
        <w:tblBorders>
          <w:top w:val="single" w:sz="8" w:space="0" w:color="7CAAD1"/>
          <w:left w:val="single" w:sz="8" w:space="0" w:color="7CAAD1"/>
          <w:bottom w:val="single" w:sz="8" w:space="0" w:color="7CAAD1"/>
          <w:right w:val="single" w:sz="8" w:space="0" w:color="7CAAD1"/>
          <w:insideH w:val="single" w:sz="8" w:space="0" w:color="7CAAD1"/>
          <w:insideV w:val="single" w:sz="8" w:space="0" w:color="7CAAD1"/>
        </w:tblBorders>
        <w:tblLook w:val="04A0" w:firstRow="1" w:lastRow="0" w:firstColumn="1" w:lastColumn="0" w:noHBand="0" w:noVBand="1"/>
      </w:tblPr>
      <w:tblGrid>
        <w:gridCol w:w="9838"/>
      </w:tblGrid>
      <w:tr w:rsidR="006F3A6E" w:rsidRPr="00CC5552" w14:paraId="4F64EC9B" w14:textId="77777777" w:rsidTr="00CC37D6">
        <w:trPr>
          <w:jc w:val="center"/>
        </w:trPr>
        <w:tc>
          <w:tcPr>
            <w:tcW w:w="9838" w:type="dxa"/>
            <w:shd w:val="clear" w:color="auto" w:fill="F3F8FC"/>
          </w:tcPr>
          <w:p w14:paraId="18675642" w14:textId="63FFED08" w:rsidR="006F3A6E" w:rsidRPr="00D043FE" w:rsidRDefault="00D03767">
            <w:pPr>
              <w:spacing w:after="0"/>
              <w:rPr>
                <w:lang w:val="es-ES"/>
              </w:rPr>
            </w:pPr>
            <w:r w:rsidRPr="00D043FE">
              <w:rPr>
                <w:lang w:val="es-ES"/>
              </w:rPr>
              <w:t>Indicar solo citas recibidas por publicaciones incluidas en el apartado 2, excluyendo autocitas, y registradas en Web of Science y/o Scopus.</w:t>
            </w:r>
          </w:p>
        </w:tc>
      </w:tr>
    </w:tbl>
    <w:p w14:paraId="511C7265" w14:textId="77777777" w:rsidR="00651D6A" w:rsidRDefault="00651D6A">
      <w:pPr>
        <w:spacing w:before="160" w:after="80"/>
        <w:rPr>
          <w:b/>
          <w:color w:val="0070C0"/>
          <w:sz w:val="22"/>
          <w:lang w:val="es-ES"/>
        </w:rPr>
      </w:pPr>
    </w:p>
    <w:tbl>
      <w:tblPr>
        <w:tblStyle w:val="Tablaconcuadrcula"/>
        <w:tblW w:w="0" w:type="auto"/>
        <w:jc w:val="center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ook w:val="04A0" w:firstRow="1" w:lastRow="0" w:firstColumn="1" w:lastColumn="0" w:noHBand="0" w:noVBand="1"/>
      </w:tblPr>
      <w:tblGrid>
        <w:gridCol w:w="5422"/>
        <w:gridCol w:w="2083"/>
        <w:gridCol w:w="2337"/>
      </w:tblGrid>
      <w:tr w:rsidR="007B5B26" w:rsidRPr="00075378" w14:paraId="51726981" w14:textId="77777777" w:rsidTr="000C4B4C">
        <w:trPr>
          <w:trHeight w:hRule="exact" w:val="567"/>
          <w:tblHeader/>
          <w:jc w:val="center"/>
        </w:trPr>
        <w:tc>
          <w:tcPr>
            <w:tcW w:w="5422" w:type="dxa"/>
            <w:shd w:val="clear" w:color="auto" w:fill="D9EAF7"/>
            <w:vAlign w:val="center"/>
          </w:tcPr>
          <w:p w14:paraId="4218FE8A" w14:textId="77777777" w:rsidR="007B5B26" w:rsidRPr="00075378" w:rsidRDefault="007B5B26" w:rsidP="000C4B4C">
            <w:pPr>
              <w:rPr>
                <w:b/>
                <w:sz w:val="17"/>
                <w:lang w:val="es-ES"/>
              </w:rPr>
            </w:pPr>
            <w:r w:rsidRPr="00075378">
              <w:rPr>
                <w:b/>
                <w:sz w:val="17"/>
                <w:lang w:val="es-ES"/>
              </w:rPr>
              <w:t>P</w:t>
            </w:r>
            <w:r>
              <w:rPr>
                <w:b/>
                <w:sz w:val="17"/>
                <w:lang w:val="es-ES"/>
              </w:rPr>
              <w:t>UBLICACIÓN DEL APARTADO 2</w:t>
            </w:r>
          </w:p>
        </w:tc>
        <w:tc>
          <w:tcPr>
            <w:tcW w:w="2083" w:type="dxa"/>
            <w:shd w:val="clear" w:color="auto" w:fill="D9EAF7"/>
            <w:vAlign w:val="center"/>
          </w:tcPr>
          <w:p w14:paraId="53E9CE92" w14:textId="77777777" w:rsidR="007B5B26" w:rsidRPr="00075378" w:rsidRDefault="007B5B26" w:rsidP="000C4B4C">
            <w:pPr>
              <w:jc w:val="center"/>
              <w:rPr>
                <w:b/>
                <w:sz w:val="17"/>
                <w:lang w:val="es-ES"/>
              </w:rPr>
            </w:pPr>
            <w:r w:rsidRPr="00075378">
              <w:rPr>
                <w:b/>
                <w:sz w:val="17"/>
                <w:lang w:val="es-ES"/>
              </w:rPr>
              <w:t>B</w:t>
            </w:r>
            <w:r>
              <w:rPr>
                <w:b/>
                <w:sz w:val="17"/>
                <w:lang w:val="es-ES"/>
              </w:rPr>
              <w:t>ASE DE DATOS</w:t>
            </w:r>
          </w:p>
        </w:tc>
        <w:tc>
          <w:tcPr>
            <w:tcW w:w="2337" w:type="dxa"/>
            <w:shd w:val="clear" w:color="auto" w:fill="D9EAF7"/>
            <w:vAlign w:val="center"/>
          </w:tcPr>
          <w:p w14:paraId="4BA69A18" w14:textId="77777777" w:rsidR="007B5B26" w:rsidRPr="00075378" w:rsidRDefault="007B5B26" w:rsidP="000C4B4C">
            <w:pPr>
              <w:jc w:val="center"/>
              <w:rPr>
                <w:b/>
                <w:sz w:val="17"/>
                <w:lang w:val="es-ES"/>
              </w:rPr>
            </w:pPr>
            <w:r w:rsidRPr="00075378">
              <w:rPr>
                <w:b/>
                <w:sz w:val="17"/>
                <w:lang w:val="es-ES"/>
              </w:rPr>
              <w:t xml:space="preserve">N.º </w:t>
            </w:r>
            <w:r>
              <w:rPr>
                <w:b/>
                <w:sz w:val="17"/>
                <w:lang w:val="es-ES"/>
              </w:rPr>
              <w:t>CITAS</w:t>
            </w:r>
          </w:p>
        </w:tc>
      </w:tr>
      <w:tr w:rsidR="007B5B26" w14:paraId="1C0576F3" w14:textId="77777777" w:rsidTr="000C4B4C">
        <w:trPr>
          <w:trHeight w:hRule="exact" w:val="567"/>
          <w:jc w:val="center"/>
        </w:trPr>
        <w:tc>
          <w:tcPr>
            <w:tcW w:w="5422" w:type="dxa"/>
            <w:vAlign w:val="center"/>
          </w:tcPr>
          <w:p w14:paraId="2D464B16" w14:textId="77777777" w:rsidR="007B5B26" w:rsidRDefault="007B5B26" w:rsidP="000C4B4C"/>
        </w:tc>
        <w:tc>
          <w:tcPr>
            <w:tcW w:w="2083" w:type="dxa"/>
            <w:vAlign w:val="center"/>
          </w:tcPr>
          <w:p w14:paraId="7CBB60EE" w14:textId="77777777" w:rsidR="007B5B26" w:rsidRDefault="007B5B26" w:rsidP="000C4B4C"/>
        </w:tc>
        <w:tc>
          <w:tcPr>
            <w:tcW w:w="2337" w:type="dxa"/>
            <w:vAlign w:val="center"/>
          </w:tcPr>
          <w:p w14:paraId="3B8297C7" w14:textId="77777777" w:rsidR="007B5B26" w:rsidRDefault="007B5B26" w:rsidP="000C4B4C"/>
        </w:tc>
      </w:tr>
      <w:tr w:rsidR="007B5B26" w14:paraId="47C097C1" w14:textId="77777777" w:rsidTr="000C4B4C">
        <w:trPr>
          <w:trHeight w:hRule="exact" w:val="567"/>
          <w:jc w:val="center"/>
        </w:trPr>
        <w:tc>
          <w:tcPr>
            <w:tcW w:w="5422" w:type="dxa"/>
            <w:vAlign w:val="center"/>
          </w:tcPr>
          <w:p w14:paraId="18B110F6" w14:textId="77777777" w:rsidR="007B5B26" w:rsidRDefault="007B5B26" w:rsidP="000C4B4C"/>
        </w:tc>
        <w:tc>
          <w:tcPr>
            <w:tcW w:w="2083" w:type="dxa"/>
            <w:vAlign w:val="center"/>
          </w:tcPr>
          <w:p w14:paraId="5BE4682F" w14:textId="77777777" w:rsidR="007B5B26" w:rsidRDefault="007B5B26" w:rsidP="000C4B4C"/>
        </w:tc>
        <w:tc>
          <w:tcPr>
            <w:tcW w:w="2337" w:type="dxa"/>
            <w:vAlign w:val="center"/>
          </w:tcPr>
          <w:p w14:paraId="647DC377" w14:textId="77777777" w:rsidR="007B5B26" w:rsidRDefault="007B5B26" w:rsidP="000C4B4C"/>
        </w:tc>
      </w:tr>
      <w:tr w:rsidR="007B5B26" w14:paraId="41F98C7A" w14:textId="77777777" w:rsidTr="000C4B4C">
        <w:trPr>
          <w:trHeight w:hRule="exact" w:val="567"/>
          <w:jc w:val="center"/>
        </w:trPr>
        <w:tc>
          <w:tcPr>
            <w:tcW w:w="5422" w:type="dxa"/>
            <w:vAlign w:val="center"/>
          </w:tcPr>
          <w:p w14:paraId="428A93B1" w14:textId="77777777" w:rsidR="007B5B26" w:rsidRDefault="007B5B26" w:rsidP="000C4B4C"/>
        </w:tc>
        <w:tc>
          <w:tcPr>
            <w:tcW w:w="2083" w:type="dxa"/>
            <w:vAlign w:val="center"/>
          </w:tcPr>
          <w:p w14:paraId="5950B934" w14:textId="77777777" w:rsidR="007B5B26" w:rsidRDefault="007B5B26" w:rsidP="000C4B4C"/>
        </w:tc>
        <w:tc>
          <w:tcPr>
            <w:tcW w:w="2337" w:type="dxa"/>
            <w:vAlign w:val="center"/>
          </w:tcPr>
          <w:p w14:paraId="08DDD9CF" w14:textId="77777777" w:rsidR="007B5B26" w:rsidRDefault="007B5B26" w:rsidP="000C4B4C"/>
        </w:tc>
      </w:tr>
    </w:tbl>
    <w:p w14:paraId="7077E1A9" w14:textId="77777777" w:rsidR="007B5B26" w:rsidRDefault="007B5B26">
      <w:pPr>
        <w:spacing w:before="160" w:after="80"/>
        <w:rPr>
          <w:b/>
          <w:color w:val="0070C0"/>
          <w:sz w:val="22"/>
          <w:lang w:val="es-ES"/>
        </w:rPr>
      </w:pPr>
    </w:p>
    <w:p w14:paraId="58952831" w14:textId="77777777" w:rsidR="00651D6A" w:rsidRDefault="00651D6A">
      <w:pPr>
        <w:spacing w:before="160" w:after="80"/>
        <w:rPr>
          <w:b/>
          <w:color w:val="0070C0"/>
          <w:sz w:val="22"/>
          <w:lang w:val="es-ES"/>
        </w:rPr>
      </w:pPr>
    </w:p>
    <w:p w14:paraId="73CD411A" w14:textId="77777777" w:rsidR="00651D6A" w:rsidRDefault="00651D6A">
      <w:pPr>
        <w:spacing w:before="160" w:after="80"/>
        <w:rPr>
          <w:b/>
          <w:color w:val="0070C0"/>
          <w:sz w:val="22"/>
          <w:lang w:val="es-ES"/>
        </w:rPr>
      </w:pPr>
    </w:p>
    <w:p w14:paraId="649A4100" w14:textId="77777777" w:rsidR="00651D6A" w:rsidRDefault="00651D6A">
      <w:pPr>
        <w:spacing w:before="160" w:after="80"/>
        <w:rPr>
          <w:b/>
          <w:color w:val="0070C0"/>
          <w:sz w:val="22"/>
          <w:lang w:val="es-ES"/>
        </w:rPr>
      </w:pPr>
    </w:p>
    <w:p w14:paraId="1109E475" w14:textId="77777777" w:rsidR="007B5B26" w:rsidRDefault="007B5B26">
      <w:pPr>
        <w:spacing w:before="160" w:after="80"/>
        <w:rPr>
          <w:b/>
          <w:color w:val="0070C0"/>
          <w:sz w:val="22"/>
          <w:lang w:val="es-ES"/>
        </w:rPr>
      </w:pPr>
    </w:p>
    <w:p w14:paraId="3F241E08" w14:textId="77777777" w:rsidR="007B5B26" w:rsidRDefault="007B5B26">
      <w:pPr>
        <w:spacing w:before="160" w:after="80"/>
        <w:rPr>
          <w:b/>
          <w:color w:val="0070C0"/>
          <w:sz w:val="22"/>
          <w:lang w:val="es-ES"/>
        </w:rPr>
      </w:pPr>
    </w:p>
    <w:p w14:paraId="25E36BAC" w14:textId="77777777" w:rsidR="007B5B26" w:rsidRDefault="007B5B26">
      <w:pPr>
        <w:spacing w:before="160" w:after="80"/>
        <w:rPr>
          <w:b/>
          <w:color w:val="0070C0"/>
          <w:sz w:val="22"/>
          <w:lang w:val="es-ES"/>
        </w:rPr>
      </w:pPr>
    </w:p>
    <w:p w14:paraId="29DD7976" w14:textId="77777777" w:rsidR="007B5B26" w:rsidRDefault="007B5B26">
      <w:pPr>
        <w:spacing w:before="160" w:after="80"/>
        <w:rPr>
          <w:b/>
          <w:color w:val="0070C0"/>
          <w:sz w:val="22"/>
          <w:lang w:val="es-ES"/>
        </w:rPr>
      </w:pPr>
    </w:p>
    <w:p w14:paraId="23FC0DB3" w14:textId="77777777" w:rsidR="007B5B26" w:rsidRDefault="007B5B26">
      <w:pPr>
        <w:spacing w:before="160" w:after="80"/>
        <w:rPr>
          <w:b/>
          <w:color w:val="0070C0"/>
          <w:sz w:val="22"/>
          <w:lang w:val="es-ES"/>
        </w:rPr>
      </w:pPr>
    </w:p>
    <w:p w14:paraId="5FD669EC" w14:textId="77777777" w:rsidR="007B5B26" w:rsidRDefault="007B5B26">
      <w:pPr>
        <w:spacing w:before="160" w:after="80"/>
        <w:rPr>
          <w:b/>
          <w:color w:val="0070C0"/>
          <w:sz w:val="22"/>
          <w:lang w:val="es-ES"/>
        </w:rPr>
      </w:pPr>
    </w:p>
    <w:p w14:paraId="07775084" w14:textId="77777777" w:rsidR="007B5B26" w:rsidRDefault="007B5B26">
      <w:pPr>
        <w:spacing w:before="160" w:after="80"/>
        <w:rPr>
          <w:b/>
          <w:color w:val="0070C0"/>
          <w:sz w:val="22"/>
          <w:lang w:val="es-ES"/>
        </w:rPr>
      </w:pPr>
    </w:p>
    <w:p w14:paraId="6A62B2B5" w14:textId="77777777" w:rsidR="007B5B26" w:rsidRDefault="007B5B26">
      <w:pPr>
        <w:spacing w:before="160" w:after="80"/>
        <w:rPr>
          <w:b/>
          <w:color w:val="0070C0"/>
          <w:sz w:val="22"/>
          <w:lang w:val="es-ES"/>
        </w:rPr>
      </w:pPr>
    </w:p>
    <w:p w14:paraId="207D2B39" w14:textId="77777777" w:rsidR="007B5B26" w:rsidRDefault="007B5B26">
      <w:pPr>
        <w:spacing w:before="160" w:after="80"/>
        <w:rPr>
          <w:b/>
          <w:color w:val="0070C0"/>
          <w:sz w:val="22"/>
          <w:lang w:val="es-ES"/>
        </w:rPr>
      </w:pPr>
    </w:p>
    <w:p w14:paraId="18B7893E" w14:textId="77777777" w:rsidR="007B5B26" w:rsidRDefault="007B5B26">
      <w:pPr>
        <w:spacing w:before="160" w:after="80"/>
        <w:rPr>
          <w:b/>
          <w:color w:val="0070C0"/>
          <w:sz w:val="22"/>
          <w:lang w:val="es-ES"/>
        </w:rPr>
      </w:pPr>
    </w:p>
    <w:p w14:paraId="545CAFEA" w14:textId="77777777" w:rsidR="007B5B26" w:rsidRDefault="007B5B26">
      <w:pPr>
        <w:spacing w:before="160" w:after="80"/>
        <w:rPr>
          <w:b/>
          <w:color w:val="0070C0"/>
          <w:sz w:val="22"/>
          <w:lang w:val="es-ES"/>
        </w:rPr>
      </w:pPr>
    </w:p>
    <w:p w14:paraId="534F7F3F" w14:textId="77777777" w:rsidR="007B5B26" w:rsidRDefault="007B5B26">
      <w:pPr>
        <w:spacing w:before="160" w:after="80"/>
        <w:rPr>
          <w:b/>
          <w:color w:val="0070C0"/>
          <w:sz w:val="22"/>
          <w:lang w:val="es-ES"/>
        </w:rPr>
      </w:pPr>
    </w:p>
    <w:p w14:paraId="1B1DF040" w14:textId="77777777" w:rsidR="007B5B26" w:rsidRDefault="007B5B26">
      <w:pPr>
        <w:spacing w:before="160" w:after="80"/>
        <w:rPr>
          <w:b/>
          <w:color w:val="0070C0"/>
          <w:sz w:val="22"/>
          <w:lang w:val="es-ES"/>
        </w:rPr>
      </w:pPr>
    </w:p>
    <w:p w14:paraId="37285526" w14:textId="77777777" w:rsidR="007B5B26" w:rsidRDefault="007B5B26">
      <w:pPr>
        <w:spacing w:before="160" w:after="80"/>
        <w:rPr>
          <w:b/>
          <w:color w:val="0070C0"/>
          <w:sz w:val="22"/>
          <w:lang w:val="es-ES"/>
        </w:rPr>
      </w:pPr>
    </w:p>
    <w:p w14:paraId="11018CE0" w14:textId="24477683" w:rsidR="006F3A6E" w:rsidRPr="00F91ADC" w:rsidRDefault="00D03767">
      <w:pPr>
        <w:spacing w:before="160" w:after="80"/>
        <w:rPr>
          <w:lang w:val="es-ES"/>
        </w:rPr>
      </w:pPr>
      <w:r w:rsidRPr="00F91ADC">
        <w:rPr>
          <w:b/>
          <w:color w:val="0070C0"/>
          <w:sz w:val="22"/>
          <w:lang w:val="es-ES"/>
        </w:rPr>
        <w:lastRenderedPageBreak/>
        <w:t>7. PATENTES RELACIONADAS CON LA TESIS</w:t>
      </w:r>
    </w:p>
    <w:tbl>
      <w:tblPr>
        <w:tblW w:w="0" w:type="auto"/>
        <w:jc w:val="center"/>
        <w:tblBorders>
          <w:top w:val="single" w:sz="8" w:space="0" w:color="7CAAD1"/>
          <w:left w:val="single" w:sz="8" w:space="0" w:color="7CAAD1"/>
          <w:bottom w:val="single" w:sz="8" w:space="0" w:color="7CAAD1"/>
          <w:right w:val="single" w:sz="8" w:space="0" w:color="7CAAD1"/>
          <w:insideH w:val="single" w:sz="8" w:space="0" w:color="7CAAD1"/>
          <w:insideV w:val="single" w:sz="8" w:space="0" w:color="7CAAD1"/>
        </w:tblBorders>
        <w:tblLook w:val="04A0" w:firstRow="1" w:lastRow="0" w:firstColumn="1" w:lastColumn="0" w:noHBand="0" w:noVBand="1"/>
      </w:tblPr>
      <w:tblGrid>
        <w:gridCol w:w="9838"/>
      </w:tblGrid>
      <w:tr w:rsidR="006F3A6E" w:rsidRPr="00CC5552" w14:paraId="4DA3E5FA" w14:textId="77777777" w:rsidTr="00C53D40">
        <w:trPr>
          <w:jc w:val="center"/>
        </w:trPr>
        <w:tc>
          <w:tcPr>
            <w:tcW w:w="9838" w:type="dxa"/>
            <w:shd w:val="clear" w:color="auto" w:fill="F3F8FC"/>
          </w:tcPr>
          <w:p w14:paraId="03862E1E" w14:textId="0CBC8CCC" w:rsidR="006F3A6E" w:rsidRPr="00D043FE" w:rsidRDefault="00D03767">
            <w:pPr>
              <w:spacing w:after="0"/>
              <w:rPr>
                <w:lang w:val="es-ES"/>
              </w:rPr>
            </w:pPr>
            <w:r w:rsidRPr="00D043FE">
              <w:rPr>
                <w:lang w:val="es-ES"/>
              </w:rPr>
              <w:t>Se podrá incluir una única contribución, seleccionando la patente más relevante. Solo se considerarán patentes nacionales o internacionales concedidas y publicadas oficialmente; quedan excluidas las pendientes de concesión y los modelos de utilidad.</w:t>
            </w:r>
          </w:p>
        </w:tc>
      </w:tr>
    </w:tbl>
    <w:p w14:paraId="267F10CC" w14:textId="77777777" w:rsidR="00C53D40" w:rsidRPr="003F50FB" w:rsidRDefault="00C53D40">
      <w:pPr>
        <w:spacing w:before="160" w:after="80"/>
        <w:rPr>
          <w:b/>
          <w:color w:val="0070C0"/>
          <w:sz w:val="22"/>
          <w:lang w:val="es-ES"/>
        </w:rPr>
      </w:pPr>
    </w:p>
    <w:tbl>
      <w:tblPr>
        <w:tblStyle w:val="Tablaconcuadrcula"/>
        <w:tblW w:w="0" w:type="auto"/>
        <w:jc w:val="center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ook w:val="04A0" w:firstRow="1" w:lastRow="0" w:firstColumn="1" w:lastColumn="0" w:noHBand="0" w:noVBand="1"/>
      </w:tblPr>
      <w:tblGrid>
        <w:gridCol w:w="4528"/>
        <w:gridCol w:w="4940"/>
      </w:tblGrid>
      <w:tr w:rsidR="00C53D40" w:rsidRPr="00CC5552" w14:paraId="00225D8B" w14:textId="77777777" w:rsidTr="00794738">
        <w:trPr>
          <w:trHeight w:hRule="exact" w:val="340"/>
          <w:jc w:val="center"/>
        </w:trPr>
        <w:tc>
          <w:tcPr>
            <w:tcW w:w="4528" w:type="dxa"/>
            <w:shd w:val="clear" w:color="auto" w:fill="D9EAF7"/>
            <w:vAlign w:val="center"/>
          </w:tcPr>
          <w:p w14:paraId="0112A7C7" w14:textId="77777777" w:rsidR="00C53D40" w:rsidRPr="00D043FE" w:rsidRDefault="00C53D40" w:rsidP="000C4B4C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INVENTORES (por orden de firma):</w:t>
            </w:r>
          </w:p>
        </w:tc>
        <w:tc>
          <w:tcPr>
            <w:tcW w:w="4940" w:type="dxa"/>
            <w:vAlign w:val="center"/>
          </w:tcPr>
          <w:p w14:paraId="43BB3663" w14:textId="77777777" w:rsidR="00C53D40" w:rsidRPr="00D043FE" w:rsidRDefault="00C53D40" w:rsidP="000C4B4C">
            <w:pPr>
              <w:rPr>
                <w:lang w:val="es-ES"/>
              </w:rPr>
            </w:pPr>
          </w:p>
        </w:tc>
      </w:tr>
      <w:tr w:rsidR="00C53D40" w14:paraId="57C9C56A" w14:textId="77777777" w:rsidTr="00794738">
        <w:trPr>
          <w:trHeight w:hRule="exact" w:val="340"/>
          <w:jc w:val="center"/>
        </w:trPr>
        <w:tc>
          <w:tcPr>
            <w:tcW w:w="4528" w:type="dxa"/>
            <w:shd w:val="clear" w:color="auto" w:fill="EDEDED"/>
            <w:vAlign w:val="center"/>
          </w:tcPr>
          <w:p w14:paraId="6518378F" w14:textId="77777777" w:rsidR="00C53D40" w:rsidRDefault="00C53D40" w:rsidP="000C4B4C">
            <w:r>
              <w:rPr>
                <w:b/>
                <w:sz w:val="17"/>
              </w:rPr>
              <w:t>TÍTULO:</w:t>
            </w:r>
          </w:p>
        </w:tc>
        <w:tc>
          <w:tcPr>
            <w:tcW w:w="4940" w:type="dxa"/>
            <w:vAlign w:val="center"/>
          </w:tcPr>
          <w:p w14:paraId="6D184988" w14:textId="77777777" w:rsidR="00C53D40" w:rsidRDefault="00C53D40" w:rsidP="000C4B4C"/>
        </w:tc>
      </w:tr>
      <w:tr w:rsidR="00C53D40" w:rsidRPr="00CC5552" w14:paraId="76CDD2F8" w14:textId="77777777" w:rsidTr="00794738">
        <w:trPr>
          <w:trHeight w:hRule="exact" w:val="340"/>
          <w:jc w:val="center"/>
        </w:trPr>
        <w:tc>
          <w:tcPr>
            <w:tcW w:w="4528" w:type="dxa"/>
            <w:shd w:val="clear" w:color="auto" w:fill="EDEDED"/>
            <w:vAlign w:val="center"/>
          </w:tcPr>
          <w:p w14:paraId="72A759A2" w14:textId="77777777" w:rsidR="00C53D40" w:rsidRPr="00D043FE" w:rsidRDefault="00C53D40" w:rsidP="000C4B4C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N.º DE SOLICITUD / EXPEDIENTE:</w:t>
            </w:r>
          </w:p>
        </w:tc>
        <w:tc>
          <w:tcPr>
            <w:tcW w:w="4940" w:type="dxa"/>
            <w:vAlign w:val="center"/>
          </w:tcPr>
          <w:p w14:paraId="19268BCC" w14:textId="77777777" w:rsidR="00C53D40" w:rsidRPr="00D043FE" w:rsidRDefault="00C53D40" w:rsidP="000C4B4C">
            <w:pPr>
              <w:rPr>
                <w:lang w:val="es-ES"/>
              </w:rPr>
            </w:pPr>
          </w:p>
        </w:tc>
      </w:tr>
      <w:tr w:rsidR="00C53D40" w14:paraId="72AB2933" w14:textId="77777777" w:rsidTr="00794738">
        <w:trPr>
          <w:trHeight w:hRule="exact" w:val="340"/>
          <w:jc w:val="center"/>
        </w:trPr>
        <w:tc>
          <w:tcPr>
            <w:tcW w:w="4528" w:type="dxa"/>
            <w:shd w:val="clear" w:color="auto" w:fill="EDEDED"/>
            <w:vAlign w:val="center"/>
          </w:tcPr>
          <w:p w14:paraId="51236755" w14:textId="77777777" w:rsidR="00C53D40" w:rsidRDefault="00C53D40" w:rsidP="000C4B4C">
            <w:r>
              <w:rPr>
                <w:b/>
                <w:sz w:val="17"/>
              </w:rPr>
              <w:t>FECHA DE PRIORIDAD:</w:t>
            </w:r>
          </w:p>
        </w:tc>
        <w:tc>
          <w:tcPr>
            <w:tcW w:w="4940" w:type="dxa"/>
            <w:vAlign w:val="center"/>
          </w:tcPr>
          <w:p w14:paraId="56400FCE" w14:textId="77777777" w:rsidR="00C53D40" w:rsidRDefault="00C53D40" w:rsidP="000C4B4C"/>
        </w:tc>
      </w:tr>
      <w:tr w:rsidR="00C53D40" w14:paraId="7C67C728" w14:textId="77777777" w:rsidTr="00794738">
        <w:trPr>
          <w:trHeight w:hRule="exact" w:val="340"/>
          <w:jc w:val="center"/>
        </w:trPr>
        <w:tc>
          <w:tcPr>
            <w:tcW w:w="4528" w:type="dxa"/>
            <w:shd w:val="clear" w:color="auto" w:fill="EDEDED"/>
            <w:vAlign w:val="center"/>
          </w:tcPr>
          <w:p w14:paraId="2B5881CA" w14:textId="77777777" w:rsidR="00C53D40" w:rsidRDefault="00C53D40" w:rsidP="000C4B4C">
            <w:r>
              <w:rPr>
                <w:b/>
                <w:sz w:val="17"/>
              </w:rPr>
              <w:t>PAÍS DE PRIORIDAD:</w:t>
            </w:r>
          </w:p>
        </w:tc>
        <w:tc>
          <w:tcPr>
            <w:tcW w:w="4940" w:type="dxa"/>
            <w:vAlign w:val="center"/>
          </w:tcPr>
          <w:p w14:paraId="7D77EA63" w14:textId="77777777" w:rsidR="00C53D40" w:rsidRDefault="00C53D40" w:rsidP="000C4B4C"/>
        </w:tc>
      </w:tr>
      <w:tr w:rsidR="00C53D40" w14:paraId="27DECE49" w14:textId="77777777" w:rsidTr="00794738">
        <w:trPr>
          <w:trHeight w:hRule="exact" w:val="340"/>
          <w:jc w:val="center"/>
        </w:trPr>
        <w:tc>
          <w:tcPr>
            <w:tcW w:w="4528" w:type="dxa"/>
            <w:shd w:val="clear" w:color="auto" w:fill="EDEDED"/>
            <w:vAlign w:val="center"/>
          </w:tcPr>
          <w:p w14:paraId="345038A7" w14:textId="77777777" w:rsidR="00C53D40" w:rsidRDefault="00C53D40" w:rsidP="000C4B4C">
            <w:r>
              <w:rPr>
                <w:b/>
                <w:sz w:val="17"/>
              </w:rPr>
              <w:t>NÚMERO DE PATENTE:</w:t>
            </w:r>
          </w:p>
        </w:tc>
        <w:tc>
          <w:tcPr>
            <w:tcW w:w="4940" w:type="dxa"/>
            <w:vAlign w:val="center"/>
          </w:tcPr>
          <w:p w14:paraId="049A2089" w14:textId="77777777" w:rsidR="00C53D40" w:rsidRDefault="00C53D40" w:rsidP="000C4B4C"/>
        </w:tc>
      </w:tr>
      <w:tr w:rsidR="00C53D40" w14:paraId="272B88C1" w14:textId="77777777" w:rsidTr="00794738">
        <w:trPr>
          <w:trHeight w:hRule="exact" w:val="340"/>
          <w:jc w:val="center"/>
        </w:trPr>
        <w:tc>
          <w:tcPr>
            <w:tcW w:w="4528" w:type="dxa"/>
            <w:shd w:val="clear" w:color="auto" w:fill="EDEDED"/>
            <w:vAlign w:val="center"/>
          </w:tcPr>
          <w:p w14:paraId="299C87EF" w14:textId="77777777" w:rsidR="00C53D40" w:rsidRDefault="00C53D40" w:rsidP="000C4B4C">
            <w:r>
              <w:rPr>
                <w:b/>
                <w:sz w:val="17"/>
              </w:rPr>
              <w:t>ENTIDAD TITULAR:</w:t>
            </w:r>
          </w:p>
        </w:tc>
        <w:tc>
          <w:tcPr>
            <w:tcW w:w="4940" w:type="dxa"/>
            <w:vAlign w:val="center"/>
          </w:tcPr>
          <w:p w14:paraId="7517A540" w14:textId="77777777" w:rsidR="00C53D40" w:rsidRDefault="00C53D40" w:rsidP="000C4B4C"/>
        </w:tc>
      </w:tr>
      <w:tr w:rsidR="00C53D40" w:rsidRPr="00CC5552" w14:paraId="7FB53090" w14:textId="77777777" w:rsidTr="00AC0DC7">
        <w:trPr>
          <w:trHeight w:hRule="exact" w:val="851"/>
          <w:jc w:val="center"/>
        </w:trPr>
        <w:tc>
          <w:tcPr>
            <w:tcW w:w="4528" w:type="dxa"/>
            <w:shd w:val="clear" w:color="auto" w:fill="EDEDED"/>
            <w:vAlign w:val="center"/>
          </w:tcPr>
          <w:p w14:paraId="4C2A1B5F" w14:textId="77777777" w:rsidR="00C53D40" w:rsidRDefault="00C53D40" w:rsidP="000C4B4C">
            <w:r>
              <w:rPr>
                <w:b/>
                <w:sz w:val="17"/>
              </w:rPr>
              <w:t>ESTADO:</w:t>
            </w:r>
          </w:p>
        </w:tc>
        <w:tc>
          <w:tcPr>
            <w:tcW w:w="4940" w:type="dxa"/>
            <w:vAlign w:val="center"/>
          </w:tcPr>
          <w:p w14:paraId="6CD7575E" w14:textId="77777777" w:rsidR="00AC0DC7" w:rsidRDefault="00C53D40" w:rsidP="000C4B4C">
            <w:pPr>
              <w:rPr>
                <w:sz w:val="17"/>
                <w:lang w:val="es-ES"/>
              </w:rPr>
            </w:pPr>
            <w:r w:rsidRPr="00D043FE">
              <w:rPr>
                <w:rFonts w:ascii="Segoe UI Symbol" w:hAnsi="Segoe UI Symbol" w:cs="Segoe UI Symbol"/>
                <w:sz w:val="17"/>
                <w:lang w:val="es-ES"/>
              </w:rPr>
              <w:t>☐</w:t>
            </w:r>
            <w:r w:rsidRPr="00D043FE">
              <w:rPr>
                <w:sz w:val="17"/>
                <w:lang w:val="es-ES"/>
              </w:rPr>
              <w:t xml:space="preserve"> En explotación   </w:t>
            </w:r>
          </w:p>
          <w:p w14:paraId="531BF483" w14:textId="77777777" w:rsidR="00AC0DC7" w:rsidRDefault="00C53D40" w:rsidP="000C4B4C">
            <w:pPr>
              <w:rPr>
                <w:sz w:val="17"/>
                <w:lang w:val="es-ES"/>
              </w:rPr>
            </w:pPr>
            <w:r w:rsidRPr="00D043FE">
              <w:rPr>
                <w:rFonts w:ascii="Segoe UI Symbol" w:hAnsi="Segoe UI Symbol" w:cs="Segoe UI Symbol"/>
                <w:sz w:val="17"/>
                <w:lang w:val="es-ES"/>
              </w:rPr>
              <w:t>☐</w:t>
            </w:r>
            <w:r w:rsidRPr="00D043FE">
              <w:rPr>
                <w:sz w:val="17"/>
                <w:lang w:val="es-ES"/>
              </w:rPr>
              <w:t xml:space="preserve"> Con examen previo   </w:t>
            </w:r>
          </w:p>
          <w:p w14:paraId="0668DB64" w14:textId="1C3FB553" w:rsidR="00C53D40" w:rsidRPr="00D043FE" w:rsidRDefault="00C53D40" w:rsidP="000C4B4C">
            <w:pPr>
              <w:rPr>
                <w:lang w:val="es-ES"/>
              </w:rPr>
            </w:pPr>
            <w:r w:rsidRPr="00D043FE">
              <w:rPr>
                <w:rFonts w:ascii="Segoe UI Symbol" w:hAnsi="Segoe UI Symbol" w:cs="Segoe UI Symbol"/>
                <w:sz w:val="17"/>
                <w:lang w:val="es-ES"/>
              </w:rPr>
              <w:t>☐</w:t>
            </w:r>
            <w:r w:rsidRPr="00D043FE">
              <w:rPr>
                <w:sz w:val="17"/>
                <w:lang w:val="es-ES"/>
              </w:rPr>
              <w:t xml:space="preserve"> Concedida</w:t>
            </w:r>
          </w:p>
        </w:tc>
      </w:tr>
      <w:tr w:rsidR="00C53D40" w:rsidRPr="00CC5552" w14:paraId="33B9C0F3" w14:textId="77777777" w:rsidTr="00794738">
        <w:trPr>
          <w:trHeight w:hRule="exact" w:val="340"/>
          <w:jc w:val="center"/>
        </w:trPr>
        <w:tc>
          <w:tcPr>
            <w:tcW w:w="4528" w:type="dxa"/>
            <w:shd w:val="clear" w:color="auto" w:fill="EDEDED"/>
            <w:vAlign w:val="center"/>
          </w:tcPr>
          <w:p w14:paraId="74F19EEA" w14:textId="77777777" w:rsidR="00C53D40" w:rsidRPr="00D043FE" w:rsidRDefault="00C53D40" w:rsidP="000C4B4C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EMPRESA/S QUE LA ESTÁN EXPLOTANDO:</w:t>
            </w:r>
          </w:p>
        </w:tc>
        <w:tc>
          <w:tcPr>
            <w:tcW w:w="4940" w:type="dxa"/>
            <w:vAlign w:val="center"/>
          </w:tcPr>
          <w:p w14:paraId="746A793B" w14:textId="77777777" w:rsidR="00C53D40" w:rsidRPr="00D043FE" w:rsidRDefault="00C53D40" w:rsidP="000C4B4C">
            <w:pPr>
              <w:rPr>
                <w:lang w:val="es-ES"/>
              </w:rPr>
            </w:pPr>
          </w:p>
        </w:tc>
      </w:tr>
      <w:tr w:rsidR="00C53D40" w:rsidRPr="00CC5552" w14:paraId="062ED436" w14:textId="77777777" w:rsidTr="00794738">
        <w:trPr>
          <w:trHeight w:hRule="exact" w:val="340"/>
          <w:jc w:val="center"/>
        </w:trPr>
        <w:tc>
          <w:tcPr>
            <w:tcW w:w="4528" w:type="dxa"/>
            <w:shd w:val="clear" w:color="auto" w:fill="EDEDED"/>
            <w:vAlign w:val="center"/>
          </w:tcPr>
          <w:p w14:paraId="259D52AB" w14:textId="77777777" w:rsidR="00C53D40" w:rsidRPr="00D043FE" w:rsidRDefault="00C53D40" w:rsidP="000C4B4C">
            <w:pPr>
              <w:rPr>
                <w:lang w:val="es-ES"/>
              </w:rPr>
            </w:pPr>
            <w:r w:rsidRPr="00D043FE">
              <w:rPr>
                <w:b/>
                <w:sz w:val="17"/>
                <w:lang w:val="es-ES"/>
              </w:rPr>
              <w:t>ENLACE A LA DOCUMENTACIÓN ACREDITATIVA:</w:t>
            </w:r>
          </w:p>
        </w:tc>
        <w:tc>
          <w:tcPr>
            <w:tcW w:w="4940" w:type="dxa"/>
            <w:vAlign w:val="center"/>
          </w:tcPr>
          <w:p w14:paraId="1F792937" w14:textId="77777777" w:rsidR="00C53D40" w:rsidRPr="00D043FE" w:rsidRDefault="00C53D40" w:rsidP="000C4B4C">
            <w:pPr>
              <w:rPr>
                <w:lang w:val="es-ES"/>
              </w:rPr>
            </w:pPr>
          </w:p>
        </w:tc>
      </w:tr>
      <w:tr w:rsidR="00C53D40" w14:paraId="68206DCD" w14:textId="77777777" w:rsidTr="00794738">
        <w:trPr>
          <w:trHeight w:hRule="exact" w:val="1021"/>
          <w:jc w:val="center"/>
        </w:trPr>
        <w:tc>
          <w:tcPr>
            <w:tcW w:w="4528" w:type="dxa"/>
            <w:shd w:val="clear" w:color="auto" w:fill="EDEDED"/>
            <w:vAlign w:val="center"/>
          </w:tcPr>
          <w:p w14:paraId="4D8FDC0E" w14:textId="77777777" w:rsidR="00C53D40" w:rsidRDefault="00C53D40" w:rsidP="000C4B4C">
            <w:r>
              <w:rPr>
                <w:b/>
                <w:sz w:val="17"/>
              </w:rPr>
              <w:t>VINCULACIÓN CON LA TESIS:</w:t>
            </w:r>
          </w:p>
        </w:tc>
        <w:tc>
          <w:tcPr>
            <w:tcW w:w="4940" w:type="dxa"/>
            <w:vAlign w:val="center"/>
          </w:tcPr>
          <w:p w14:paraId="22F9E705" w14:textId="77777777" w:rsidR="00C53D40" w:rsidRDefault="00C53D40" w:rsidP="000C4B4C">
            <w:r>
              <w:rPr>
                <w:sz w:val="17"/>
              </w:rPr>
              <w:t>Máx. 50 palabras</w:t>
            </w:r>
          </w:p>
        </w:tc>
      </w:tr>
    </w:tbl>
    <w:p w14:paraId="3F213A26" w14:textId="77777777" w:rsidR="00C53D40" w:rsidRDefault="00C53D40" w:rsidP="00C53D40">
      <w:pPr>
        <w:spacing w:before="160" w:after="80"/>
        <w:rPr>
          <w:b/>
          <w:color w:val="0070C0"/>
          <w:sz w:val="22"/>
        </w:rPr>
      </w:pPr>
    </w:p>
    <w:p w14:paraId="5F95C2B0" w14:textId="77777777" w:rsidR="00C53D40" w:rsidRDefault="00C53D40">
      <w:pPr>
        <w:spacing w:before="160" w:after="80"/>
        <w:rPr>
          <w:b/>
          <w:color w:val="0070C0"/>
          <w:sz w:val="22"/>
        </w:rPr>
      </w:pPr>
    </w:p>
    <w:p w14:paraId="275917D4" w14:textId="77777777" w:rsidR="00C53D40" w:rsidRDefault="00C53D40">
      <w:pPr>
        <w:spacing w:before="160" w:after="80"/>
        <w:rPr>
          <w:b/>
          <w:color w:val="0070C0"/>
          <w:sz w:val="22"/>
        </w:rPr>
      </w:pPr>
    </w:p>
    <w:p w14:paraId="6889947E" w14:textId="77777777" w:rsidR="00C53D40" w:rsidRDefault="00C53D40">
      <w:pPr>
        <w:spacing w:before="160" w:after="80"/>
        <w:rPr>
          <w:b/>
          <w:color w:val="0070C0"/>
          <w:sz w:val="22"/>
        </w:rPr>
      </w:pPr>
    </w:p>
    <w:sectPr w:rsidR="00C53D40" w:rsidSect="00034616">
      <w:headerReference w:type="default" r:id="rId8"/>
      <w:footerReference w:type="default" r:id="rId9"/>
      <w:pgSz w:w="12240" w:h="15840"/>
      <w:pgMar w:top="1134" w:right="1191" w:bottom="1020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B7717" w14:textId="77777777" w:rsidR="00873B5A" w:rsidRDefault="00873B5A">
      <w:pPr>
        <w:spacing w:after="0" w:line="240" w:lineRule="auto"/>
      </w:pPr>
      <w:r>
        <w:separator/>
      </w:r>
    </w:p>
  </w:endnote>
  <w:endnote w:type="continuationSeparator" w:id="0">
    <w:p w14:paraId="24BAD62F" w14:textId="77777777" w:rsidR="00873B5A" w:rsidRDefault="00873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97EE5" w14:textId="77777777" w:rsidR="006F3A6E" w:rsidRDefault="00D03767">
    <w:pPr>
      <w:pStyle w:val="Piedepgina"/>
      <w:jc w:val="center"/>
    </w:pPr>
    <w:r w:rsidRPr="00D043FE">
      <w:rPr>
        <w:b/>
        <w:color w:val="0070C0"/>
        <w:sz w:val="16"/>
        <w:lang w:val="es-ES"/>
      </w:rPr>
      <w:t xml:space="preserve">Avda. Juan de Herrera, 4. 28040 Madrid, España.   </w:t>
    </w:r>
    <w:r>
      <w:rPr>
        <w:b/>
        <w:color w:val="0070C0"/>
        <w:sz w:val="16"/>
      </w:rPr>
      <w:t>Tlf.: +34 910 67 47 53   www.investigacion.aq.upm.es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14A5E" w14:textId="77777777" w:rsidR="00873B5A" w:rsidRDefault="00873B5A">
      <w:pPr>
        <w:spacing w:after="0" w:line="240" w:lineRule="auto"/>
      </w:pPr>
      <w:r>
        <w:separator/>
      </w:r>
    </w:p>
  </w:footnote>
  <w:footnote w:type="continuationSeparator" w:id="0">
    <w:p w14:paraId="5924D849" w14:textId="77777777" w:rsidR="00873B5A" w:rsidRDefault="00873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66AA" w14:textId="3A0C5AFE" w:rsidR="006F3A6E" w:rsidRPr="006D0CBA" w:rsidRDefault="00D03767">
    <w:pPr>
      <w:pStyle w:val="Encabezado"/>
      <w:rPr>
        <w:lang w:val="es-ES"/>
      </w:rPr>
    </w:pPr>
    <w:r>
      <w:rPr>
        <w:noProof/>
      </w:rPr>
      <w:drawing>
        <wp:inline distT="0" distB="0" distL="0" distR="0" wp14:anchorId="12206295" wp14:editId="7F72B41C">
          <wp:extent cx="468000" cy="54148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5414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0CBA">
      <w:rPr>
        <w:lang w:val="es-ES"/>
      </w:rPr>
      <w:t xml:space="preserve">  </w:t>
    </w:r>
    <w:r>
      <w:rPr>
        <w:noProof/>
      </w:rPr>
      <w:drawing>
        <wp:inline distT="0" distB="0" distL="0" distR="0" wp14:anchorId="6E748909" wp14:editId="07BA09A5">
          <wp:extent cx="1764000" cy="81782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64000" cy="817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0CBA">
      <w:rPr>
        <w:color w:val="0070C0"/>
        <w:lang w:val="es-ES"/>
      </w:rPr>
      <w:t xml:space="preserve">  </w:t>
    </w:r>
    <w:r w:rsidR="00D043FE">
      <w:rPr>
        <w:color w:val="0070C0"/>
        <w:lang w:val="es-ES"/>
      </w:rPr>
      <w:tab/>
      <w:t xml:space="preserve">                                   </w:t>
    </w:r>
    <w:r w:rsidRPr="006D0CBA">
      <w:rPr>
        <w:color w:val="0070C0"/>
        <w:lang w:val="es-ES"/>
      </w:rPr>
      <w:t>Subdirección de Investigación, Innovación y Doctorado</w:t>
    </w:r>
  </w:p>
  <w:p w14:paraId="3C186B43" w14:textId="77777777" w:rsidR="006F3A6E" w:rsidRPr="006D0CBA" w:rsidRDefault="00D03767">
    <w:pPr>
      <w:jc w:val="right"/>
      <w:rPr>
        <w:lang w:val="es-ES"/>
      </w:rPr>
    </w:pPr>
    <w:r w:rsidRPr="006D0CBA">
      <w:rPr>
        <w:color w:val="0070C0"/>
        <w:sz w:val="16"/>
        <w:lang w:val="es-ES"/>
      </w:rPr>
      <w:t>Escuela Técnica Superior de Arquitectura | ETSAM</w:t>
    </w:r>
    <w:r w:rsidRPr="006D0CBA">
      <w:rPr>
        <w:color w:val="0070C0"/>
        <w:sz w:val="16"/>
        <w:lang w:val="es-ES"/>
      </w:rPr>
      <w:br/>
      <w:t>Universidad Politécnica de Madrid | UPM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0551706">
    <w:abstractNumId w:val="8"/>
  </w:num>
  <w:num w:numId="2" w16cid:durableId="866407440">
    <w:abstractNumId w:val="6"/>
  </w:num>
  <w:num w:numId="3" w16cid:durableId="45492897">
    <w:abstractNumId w:val="5"/>
  </w:num>
  <w:num w:numId="4" w16cid:durableId="1227759493">
    <w:abstractNumId w:val="4"/>
  </w:num>
  <w:num w:numId="5" w16cid:durableId="288051966">
    <w:abstractNumId w:val="7"/>
  </w:num>
  <w:num w:numId="6" w16cid:durableId="59863327">
    <w:abstractNumId w:val="3"/>
  </w:num>
  <w:num w:numId="7" w16cid:durableId="111902011">
    <w:abstractNumId w:val="2"/>
  </w:num>
  <w:num w:numId="8" w16cid:durableId="1588146409">
    <w:abstractNumId w:val="1"/>
  </w:num>
  <w:num w:numId="9" w16cid:durableId="130561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876"/>
    <w:rsid w:val="00034616"/>
    <w:rsid w:val="0005073B"/>
    <w:rsid w:val="0006063C"/>
    <w:rsid w:val="00060866"/>
    <w:rsid w:val="00071367"/>
    <w:rsid w:val="00075378"/>
    <w:rsid w:val="000B5E5D"/>
    <w:rsid w:val="000C53D2"/>
    <w:rsid w:val="00127DD4"/>
    <w:rsid w:val="0015074B"/>
    <w:rsid w:val="001661D5"/>
    <w:rsid w:val="00171C5A"/>
    <w:rsid w:val="00185BA8"/>
    <w:rsid w:val="00195EE6"/>
    <w:rsid w:val="001A2CA7"/>
    <w:rsid w:val="001B7663"/>
    <w:rsid w:val="001C35D5"/>
    <w:rsid w:val="001C68E7"/>
    <w:rsid w:val="001C7348"/>
    <w:rsid w:val="00212737"/>
    <w:rsid w:val="00213DAE"/>
    <w:rsid w:val="00237239"/>
    <w:rsid w:val="00242C0E"/>
    <w:rsid w:val="00256377"/>
    <w:rsid w:val="002668ED"/>
    <w:rsid w:val="002939CF"/>
    <w:rsid w:val="0029639D"/>
    <w:rsid w:val="002D646C"/>
    <w:rsid w:val="002F7ADD"/>
    <w:rsid w:val="00323764"/>
    <w:rsid w:val="00326F90"/>
    <w:rsid w:val="00371798"/>
    <w:rsid w:val="00376906"/>
    <w:rsid w:val="003C02D5"/>
    <w:rsid w:val="003C65A3"/>
    <w:rsid w:val="003F50FB"/>
    <w:rsid w:val="003F6E07"/>
    <w:rsid w:val="00400723"/>
    <w:rsid w:val="00402EF3"/>
    <w:rsid w:val="00412987"/>
    <w:rsid w:val="00475CE1"/>
    <w:rsid w:val="004D2DFE"/>
    <w:rsid w:val="004E68F1"/>
    <w:rsid w:val="004F49EF"/>
    <w:rsid w:val="00513EA9"/>
    <w:rsid w:val="00540A34"/>
    <w:rsid w:val="005431D1"/>
    <w:rsid w:val="005448DE"/>
    <w:rsid w:val="00575F83"/>
    <w:rsid w:val="005A782D"/>
    <w:rsid w:val="005B1140"/>
    <w:rsid w:val="005C463B"/>
    <w:rsid w:val="005E330E"/>
    <w:rsid w:val="00606A70"/>
    <w:rsid w:val="00630E22"/>
    <w:rsid w:val="00644E1E"/>
    <w:rsid w:val="00646FD7"/>
    <w:rsid w:val="00651D6A"/>
    <w:rsid w:val="006D0CBA"/>
    <w:rsid w:val="006F025A"/>
    <w:rsid w:val="006F3A6E"/>
    <w:rsid w:val="006F75CB"/>
    <w:rsid w:val="007367B0"/>
    <w:rsid w:val="0075304E"/>
    <w:rsid w:val="0076199E"/>
    <w:rsid w:val="00794738"/>
    <w:rsid w:val="007A4263"/>
    <w:rsid w:val="007B5B26"/>
    <w:rsid w:val="007D257C"/>
    <w:rsid w:val="00824CB7"/>
    <w:rsid w:val="00836713"/>
    <w:rsid w:val="00853664"/>
    <w:rsid w:val="00873B5A"/>
    <w:rsid w:val="00877020"/>
    <w:rsid w:val="008B53A7"/>
    <w:rsid w:val="008D7B34"/>
    <w:rsid w:val="008F174E"/>
    <w:rsid w:val="00905047"/>
    <w:rsid w:val="00944C0B"/>
    <w:rsid w:val="00952685"/>
    <w:rsid w:val="009D30AB"/>
    <w:rsid w:val="009E0BEA"/>
    <w:rsid w:val="009F4A99"/>
    <w:rsid w:val="009F573C"/>
    <w:rsid w:val="00A21DBF"/>
    <w:rsid w:val="00A4136C"/>
    <w:rsid w:val="00A42B14"/>
    <w:rsid w:val="00A560C9"/>
    <w:rsid w:val="00A6698A"/>
    <w:rsid w:val="00A669AD"/>
    <w:rsid w:val="00A72448"/>
    <w:rsid w:val="00A766BD"/>
    <w:rsid w:val="00AA1792"/>
    <w:rsid w:val="00AA1D8D"/>
    <w:rsid w:val="00AB2088"/>
    <w:rsid w:val="00AC0DC7"/>
    <w:rsid w:val="00AC5791"/>
    <w:rsid w:val="00AF4159"/>
    <w:rsid w:val="00AF6ED1"/>
    <w:rsid w:val="00B17B76"/>
    <w:rsid w:val="00B455DC"/>
    <w:rsid w:val="00B47730"/>
    <w:rsid w:val="00B60534"/>
    <w:rsid w:val="00B74E13"/>
    <w:rsid w:val="00B97354"/>
    <w:rsid w:val="00BA0DC1"/>
    <w:rsid w:val="00BA0EE6"/>
    <w:rsid w:val="00BD1A34"/>
    <w:rsid w:val="00BD28D2"/>
    <w:rsid w:val="00BF05CA"/>
    <w:rsid w:val="00C12E82"/>
    <w:rsid w:val="00C53D40"/>
    <w:rsid w:val="00C85FCB"/>
    <w:rsid w:val="00C9039E"/>
    <w:rsid w:val="00CB0664"/>
    <w:rsid w:val="00CC37D6"/>
    <w:rsid w:val="00CC5552"/>
    <w:rsid w:val="00CD026D"/>
    <w:rsid w:val="00CD4042"/>
    <w:rsid w:val="00CD7933"/>
    <w:rsid w:val="00CF5AEC"/>
    <w:rsid w:val="00D03336"/>
    <w:rsid w:val="00D03767"/>
    <w:rsid w:val="00D043FE"/>
    <w:rsid w:val="00D07EAE"/>
    <w:rsid w:val="00D26090"/>
    <w:rsid w:val="00D30BE5"/>
    <w:rsid w:val="00D81D0C"/>
    <w:rsid w:val="00DC134C"/>
    <w:rsid w:val="00E16F45"/>
    <w:rsid w:val="00E20500"/>
    <w:rsid w:val="00E2363E"/>
    <w:rsid w:val="00E3346F"/>
    <w:rsid w:val="00E34015"/>
    <w:rsid w:val="00E422C6"/>
    <w:rsid w:val="00E66F43"/>
    <w:rsid w:val="00EC07CD"/>
    <w:rsid w:val="00EC61EC"/>
    <w:rsid w:val="00EF6FEC"/>
    <w:rsid w:val="00F039B0"/>
    <w:rsid w:val="00F45141"/>
    <w:rsid w:val="00F6153B"/>
    <w:rsid w:val="00F91ADC"/>
    <w:rsid w:val="00FB49DD"/>
    <w:rsid w:val="00FC693F"/>
    <w:rsid w:val="00FD09F2"/>
    <w:rsid w:val="00FD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48B125"/>
  <w14:defaultImageDpi w14:val="300"/>
  <w15:docId w15:val="{229C8A35-85D6-40B5-8101-E5E23B17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11</Pages>
  <Words>1354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de los Ángeles Navacerrada Saturio</dc:creator>
  <cp:keywords/>
  <dc:description>generated by python-docx</dc:description>
  <cp:lastModifiedBy>María de los Ángeles Navacerrada Saturio</cp:lastModifiedBy>
  <cp:revision>135</cp:revision>
  <dcterms:created xsi:type="dcterms:W3CDTF">2026-07-19T10:48:00Z</dcterms:created>
  <dcterms:modified xsi:type="dcterms:W3CDTF">2026-07-22T18:12:00Z</dcterms:modified>
  <cp:category/>
</cp:coreProperties>
</file>